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Your 7 Day Spanish Starter Plan</w:t>
      </w:r>
    </w:p>
    <w:p>
      <w:pPr>
        <w:spacing w:after="220"/>
      </w:pPr>
      <w:r>
        <w:rPr>
          <w:color w:val="587080"/>
          <w:sz w:val="18"/>
        </w:rPr>
        <w:t>For English-speaking adult beginners who need a clear first practice task. About ten minutes a day; move at your own pace.</w:t>
      </w:r>
    </w:p>
    <w:p>
      <w:pPr>
        <w:spacing w:before="100" w:after="200"/>
        <w:shd w:fill="E9F3F0"/>
      </w:pPr>
      <w:r>
        <w:rPr>
          <w:b/>
          <w:sz w:val="19"/>
        </w:rPr>
        <w:t>How to use your plan</w:t>
      </w:r>
      <w:r>
        <w:br/>
      </w:r>
      <w:r>
        <w:rPr>
          <w:b w:val="0"/>
          <w:sz w:val="19"/>
        </w:rPr>
        <w:t>Read the Spanish and check the English. Say the Spanish aloud, cover it and try again. Revisit difficult phrases on another day. Use the tracker on the last page. Every task works without buying anything.</w:t>
      </w:r>
    </w:p>
    <w:p>
      <w:pPr>
        <w:pStyle w:val="Heading1"/>
      </w:pPr>
      <w:r>
        <w:t>Day 1  Say hello</w:t>
      </w:r>
    </w:p>
    <w:tbl>
      <w:tblPr>
        <w:tblW w:type="auto" w:w="0"/>
        <w:jc w:val="center"/>
        <w:tblLayout w:type="fixed"/>
        <w:tblLook w:firstColumn="1" w:firstRow="1" w:lastColumn="0" w:lastRow="0" w:noHBand="0" w:noVBand="1" w:val="04A0"/>
      </w:tblPr>
      <w:tblGrid>
        <w:gridCol w:w="5227"/>
        <w:gridCol w:w="5227"/>
      </w:tblGrid>
      <w:tr>
        <w:trPr>
          <w:tblHeader/>
        </w:trPr>
        <w:tc>
          <w:tcPr>
            <w:tcW w:type="dxa" w:w="5227"/>
            <w:shd w:fill="17344B"/>
            <w:tcMar>
              <w:top w:w="65" w:type="dxa"/>
              <w:bottom w:w="65" w:type="dxa"/>
              <w:left w:w="90" w:type="dxa"/>
              <w:right w:w="90" w:type="dxa"/>
            </w:tcMar>
          </w:tcPr>
          <w:p>
            <w:pPr>
              <w:spacing w:after="0" w:line="259" w:lineRule="auto"/>
            </w:pPr>
            <w:r>
              <w:rPr>
                <w:rFonts w:ascii="DejaVu Sans" w:hAnsi="DejaVu Sans"/>
                <w:b/>
                <w:color w:val="FFFFFF"/>
                <w:sz w:val="16"/>
              </w:rPr>
              <w:t>Spanish</w:t>
            </w:r>
          </w:p>
        </w:tc>
        <w:tc>
          <w:tcPr>
            <w:tcW w:type="dxa" w:w="5227"/>
            <w:shd w:fill="17344B"/>
            <w:tcMar>
              <w:top w:w="65" w:type="dxa"/>
              <w:bottom w:w="65" w:type="dxa"/>
              <w:left w:w="90" w:type="dxa"/>
              <w:right w:w="90" w:type="dxa"/>
            </w:tcMar>
          </w:tcPr>
          <w:p>
            <w:pPr>
              <w:spacing w:after="0" w:line="259" w:lineRule="auto"/>
            </w:pPr>
            <w:r>
              <w:rPr>
                <w:rFonts w:ascii="DejaVu Sans" w:hAnsi="DejaVu Sans"/>
                <w:b/>
                <w:color w:val="FFFFFF"/>
                <w:sz w:val="16"/>
              </w:rPr>
              <w:t>English</w:t>
            </w:r>
          </w:p>
        </w:tc>
      </w:tr>
      <w:tr>
        <w:trPr>
          <w:trHeight w:val="640" w:hRule="atLeast"/>
          <w:cantSplit/>
        </w:trPr>
        <w:tc>
          <w:tcPr>
            <w:tcW w:type="dxa" w:w="5227"/>
            <w:vAlign w:val="center"/>
            <w:shd w:fill="F7F5EF"/>
            <w:tcMar>
              <w:top w:w="65" w:type="dxa"/>
              <w:bottom w:w="65" w:type="dxa"/>
              <w:left w:w="90" w:type="dxa"/>
              <w:right w:w="90" w:type="dxa"/>
            </w:tcMar>
          </w:tcPr>
          <w:p>
            <w:pPr>
              <w:spacing w:after="0" w:line="259" w:lineRule="auto"/>
            </w:pPr>
            <w:r>
              <w:rPr>
                <w:b w:val="0"/>
                <w:sz w:val="18"/>
              </w:rPr>
              <w:t>Hola.</w:t>
            </w:r>
          </w:p>
        </w:tc>
        <w:tc>
          <w:tcPr>
            <w:tcW w:type="dxa" w:w="5227"/>
            <w:vAlign w:val="center"/>
            <w:shd w:fill="F7F5EF"/>
            <w:tcMar>
              <w:top w:w="65" w:type="dxa"/>
              <w:bottom w:w="65" w:type="dxa"/>
              <w:left w:w="90" w:type="dxa"/>
              <w:right w:w="90" w:type="dxa"/>
            </w:tcMar>
          </w:tcPr>
          <w:p>
            <w:pPr>
              <w:spacing w:after="0" w:line="259" w:lineRule="auto"/>
            </w:pPr>
            <w:r>
              <w:rPr>
                <w:b w:val="0"/>
                <w:sz w:val="18"/>
              </w:rPr>
              <w:t>Hello.</w:t>
            </w:r>
          </w:p>
        </w:tc>
      </w:tr>
      <w:tr>
        <w:trPr>
          <w:trHeight w:val="640" w:hRule="atLeast"/>
          <w:cantSplit/>
        </w:trPr>
        <w:tc>
          <w:tcPr>
            <w:tcW w:type="dxa" w:w="5227"/>
            <w:vAlign w:val="center"/>
            <w:tcMar>
              <w:top w:w="65" w:type="dxa"/>
              <w:bottom w:w="65" w:type="dxa"/>
              <w:left w:w="90" w:type="dxa"/>
              <w:right w:w="90" w:type="dxa"/>
            </w:tcMar>
          </w:tcPr>
          <w:p>
            <w:pPr>
              <w:spacing w:after="0" w:line="259" w:lineRule="auto"/>
            </w:pPr>
            <w:r>
              <w:rPr>
                <w:b w:val="0"/>
                <w:sz w:val="18"/>
              </w:rPr>
              <w:t>Me llamo Ana.</w:t>
            </w:r>
          </w:p>
        </w:tc>
        <w:tc>
          <w:tcPr>
            <w:tcW w:type="dxa" w:w="5227"/>
            <w:vAlign w:val="center"/>
            <w:tcMar>
              <w:top w:w="65" w:type="dxa"/>
              <w:bottom w:w="65" w:type="dxa"/>
              <w:left w:w="90" w:type="dxa"/>
              <w:right w:w="90" w:type="dxa"/>
            </w:tcMar>
          </w:tcPr>
          <w:p>
            <w:pPr>
              <w:spacing w:after="0" w:line="259" w:lineRule="auto"/>
            </w:pPr>
            <w:r>
              <w:rPr>
                <w:b w:val="0"/>
                <w:sz w:val="18"/>
              </w:rPr>
              <w:t>My name is Ana.</w:t>
            </w:r>
          </w:p>
        </w:tc>
      </w:tr>
      <w:tr>
        <w:trPr>
          <w:trHeight w:val="640" w:hRule="atLeast"/>
          <w:cantSplit/>
        </w:trPr>
        <w:tc>
          <w:tcPr>
            <w:tcW w:type="dxa" w:w="5227"/>
            <w:vAlign w:val="center"/>
            <w:shd w:fill="F7F5EF"/>
            <w:tcMar>
              <w:top w:w="65" w:type="dxa"/>
              <w:bottom w:w="65" w:type="dxa"/>
              <w:left w:w="90" w:type="dxa"/>
              <w:right w:w="90" w:type="dxa"/>
            </w:tcMar>
          </w:tcPr>
          <w:p>
            <w:pPr>
              <w:spacing w:after="0" w:line="259" w:lineRule="auto"/>
            </w:pPr>
            <w:r>
              <w:rPr>
                <w:b w:val="0"/>
                <w:sz w:val="18"/>
              </w:rPr>
              <w:t>¿Cómo te llamas?</w:t>
            </w:r>
          </w:p>
        </w:tc>
        <w:tc>
          <w:tcPr>
            <w:tcW w:type="dxa" w:w="5227"/>
            <w:vAlign w:val="center"/>
            <w:shd w:fill="F7F5EF"/>
            <w:tcMar>
              <w:top w:w="65" w:type="dxa"/>
              <w:bottom w:w="65" w:type="dxa"/>
              <w:left w:w="90" w:type="dxa"/>
              <w:right w:w="90" w:type="dxa"/>
            </w:tcMar>
          </w:tcPr>
          <w:p>
            <w:pPr>
              <w:spacing w:after="0" w:line="259" w:lineRule="auto"/>
            </w:pPr>
            <w:r>
              <w:rPr>
                <w:b w:val="0"/>
                <w:sz w:val="18"/>
              </w:rPr>
              <w:t>What is your name?</w:t>
            </w:r>
          </w:p>
        </w:tc>
      </w:tr>
      <w:tr>
        <w:trPr>
          <w:trHeight w:val="640" w:hRule="atLeast"/>
          <w:cantSplit/>
        </w:trPr>
        <w:tc>
          <w:tcPr>
            <w:tcW w:type="dxa" w:w="5227"/>
            <w:vAlign w:val="center"/>
            <w:tcMar>
              <w:top w:w="65" w:type="dxa"/>
              <w:bottom w:w="65" w:type="dxa"/>
              <w:left w:w="90" w:type="dxa"/>
              <w:right w:w="90" w:type="dxa"/>
            </w:tcMar>
          </w:tcPr>
          <w:p>
            <w:pPr>
              <w:spacing w:after="0" w:line="259" w:lineRule="auto"/>
            </w:pPr>
            <w:r>
              <w:rPr>
                <w:b w:val="0"/>
                <w:sz w:val="18"/>
              </w:rPr>
              <w:t>Mucho gusto.</w:t>
            </w:r>
          </w:p>
        </w:tc>
        <w:tc>
          <w:tcPr>
            <w:tcW w:type="dxa" w:w="5227"/>
            <w:vAlign w:val="center"/>
            <w:tcMar>
              <w:top w:w="65" w:type="dxa"/>
              <w:bottom w:w="65" w:type="dxa"/>
              <w:left w:w="90" w:type="dxa"/>
              <w:right w:w="90" w:type="dxa"/>
            </w:tcMar>
          </w:tcPr>
          <w:p>
            <w:pPr>
              <w:spacing w:after="0" w:line="259" w:lineRule="auto"/>
            </w:pPr>
            <w:r>
              <w:rPr>
                <w:b w:val="0"/>
                <w:sz w:val="18"/>
              </w:rPr>
              <w:t>Nice to meet you.</w:t>
            </w:r>
          </w:p>
        </w:tc>
      </w:tr>
    </w:tbl>
    <w:p>
      <w:pPr>
        <w:spacing w:after="0"/>
      </w:pPr>
    </w:p>
    <w:p>
      <w:pPr>
        <w:pStyle w:val="Heading1"/>
      </w:pPr>
      <w:r>
        <w:t>Dialogue 1  Meeting someone</w:t>
      </w:r>
    </w:p>
    <w:p>
      <w:r>
        <w:rPr>
          <w:b/>
        </w:rPr>
        <w:t>A:</w:t>
      </w:r>
      <w:r>
        <w:rPr>
          <w:b w:val="0"/>
        </w:rPr>
        <w:t xml:space="preserve"> Hola. Me llamo Ana. ¿Cómo te llamas?</w:t>
      </w:r>
      <w:r>
        <w:br/>
      </w:r>
      <w:r>
        <w:rPr>
          <w:b/>
        </w:rPr>
        <w:t>B:</w:t>
      </w:r>
      <w:r>
        <w:rPr>
          <w:b w:val="0"/>
        </w:rPr>
        <w:t xml:space="preserve"> Me llamo Sam. Mucho gusto.</w:t>
      </w:r>
      <w:r>
        <w:br/>
      </w:r>
      <w:r>
        <w:rPr>
          <w:b/>
        </w:rPr>
        <w:t>A:</w:t>
      </w:r>
      <w:r>
        <w:rPr>
          <w:b w:val="0"/>
        </w:rPr>
        <w:t xml:space="preserve"> Mucho gusto.</w:t>
      </w:r>
    </w:p>
    <w:p>
      <w:r>
        <w:rPr>
          <w:b/>
          <w:sz w:val="18"/>
        </w:rPr>
        <w:t>English:</w:t>
      </w:r>
      <w:r>
        <w:rPr>
          <w:b w:val="0"/>
          <w:sz w:val="18"/>
        </w:rPr>
        <w:t xml:space="preserve"> A: Hello. My name is Ana. What is your name? B: My name is Sam. Nice to meet you. A: Nice to meet you.</w:t>
      </w:r>
    </w:p>
    <w:p>
      <w:pPr>
        <w:spacing w:before="100" w:after="200"/>
        <w:shd w:fill="E9F3F0"/>
      </w:pPr>
      <w:r>
        <w:rPr>
          <w:b/>
          <w:sz w:val="19"/>
        </w:rPr>
        <w:t>Your task</w:t>
      </w:r>
      <w:r>
        <w:br/>
      </w:r>
      <w:r>
        <w:rPr>
          <w:b w:val="0"/>
          <w:sz w:val="19"/>
        </w:rPr>
        <w:t>Replace Ana or Sam with your own name. Read both roles twice. Look away, introduce yourself and ask the other person’s name. Dialogue 1 uses familiar singular address.</w:t>
      </w:r>
    </w:p>
    <w:p>
      <w:r>
        <w:br w:type="page"/>
      </w:r>
    </w:p>
    <w:p>
      <w:pPr>
        <w:pStyle w:val="Title"/>
      </w:pPr>
      <w:r>
        <w:t>Ask for help and try again</w:t>
      </w:r>
    </w:p>
    <w:p>
      <w:pPr>
        <w:spacing w:after="220"/>
      </w:pPr>
      <w:r>
        <w:rPr>
          <w:color w:val="587080"/>
          <w:sz w:val="18"/>
        </w:rPr>
        <w:t>Days 2 and 3  Use a polite request when a reply is unclear, then make the introduction your own.</w:t>
      </w:r>
    </w:p>
    <w:p>
      <w:pPr>
        <w:pStyle w:val="Heading1"/>
      </w:pPr>
      <w:r>
        <w:t>Day 2  Ask for clarification</w:t>
      </w:r>
    </w:p>
    <w:tbl>
      <w:tblPr>
        <w:tblW w:type="auto" w:w="0"/>
        <w:jc w:val="center"/>
        <w:tblLayout w:type="fixed"/>
        <w:tblLook w:firstColumn="1" w:firstRow="1" w:lastColumn="0" w:lastRow="0" w:noHBand="0" w:noVBand="1" w:val="04A0"/>
      </w:tblPr>
      <w:tblGrid>
        <w:gridCol w:w="5227"/>
        <w:gridCol w:w="5227"/>
      </w:tblGrid>
      <w:tr>
        <w:trPr>
          <w:tblHeader/>
        </w:trPr>
        <w:tc>
          <w:tcPr>
            <w:tcW w:type="dxa" w:w="5227"/>
            <w:shd w:fill="17344B"/>
            <w:tcMar>
              <w:top w:w="65" w:type="dxa"/>
              <w:bottom w:w="65" w:type="dxa"/>
              <w:left w:w="90" w:type="dxa"/>
              <w:right w:w="90" w:type="dxa"/>
            </w:tcMar>
          </w:tcPr>
          <w:p>
            <w:pPr>
              <w:spacing w:after="0" w:line="259" w:lineRule="auto"/>
            </w:pPr>
            <w:r>
              <w:rPr>
                <w:rFonts w:ascii="DejaVu Sans" w:hAnsi="DejaVu Sans"/>
                <w:b/>
                <w:color w:val="FFFFFF"/>
                <w:sz w:val="16"/>
              </w:rPr>
              <w:t>Spanish</w:t>
            </w:r>
          </w:p>
        </w:tc>
        <w:tc>
          <w:tcPr>
            <w:tcW w:type="dxa" w:w="5227"/>
            <w:shd w:fill="17344B"/>
            <w:tcMar>
              <w:top w:w="65" w:type="dxa"/>
              <w:bottom w:w="65" w:type="dxa"/>
              <w:left w:w="90" w:type="dxa"/>
              <w:right w:w="90" w:type="dxa"/>
            </w:tcMar>
          </w:tcPr>
          <w:p>
            <w:pPr>
              <w:spacing w:after="0" w:line="259" w:lineRule="auto"/>
            </w:pPr>
            <w:r>
              <w:rPr>
                <w:rFonts w:ascii="DejaVu Sans" w:hAnsi="DejaVu Sans"/>
                <w:b/>
                <w:color w:val="FFFFFF"/>
                <w:sz w:val="16"/>
              </w:rPr>
              <w:t>English</w:t>
            </w:r>
          </w:p>
        </w:tc>
      </w:tr>
      <w:tr>
        <w:trPr>
          <w:trHeight w:val="720" w:hRule="atLeast"/>
          <w:cantSplit/>
        </w:trPr>
        <w:tc>
          <w:tcPr>
            <w:tcW w:type="dxa" w:w="5227"/>
            <w:vAlign w:val="center"/>
            <w:shd w:fill="F7F5EF"/>
            <w:tcMar>
              <w:top w:w="65" w:type="dxa"/>
              <w:bottom w:w="65" w:type="dxa"/>
              <w:left w:w="90" w:type="dxa"/>
              <w:right w:w="90" w:type="dxa"/>
            </w:tcMar>
          </w:tcPr>
          <w:p>
            <w:pPr>
              <w:spacing w:after="0" w:line="259" w:lineRule="auto"/>
            </w:pPr>
            <w:r>
              <w:rPr>
                <w:b w:val="0"/>
                <w:sz w:val="18"/>
              </w:rPr>
              <w:t>Perdón.</w:t>
            </w:r>
          </w:p>
        </w:tc>
        <w:tc>
          <w:tcPr>
            <w:tcW w:type="dxa" w:w="5227"/>
            <w:vAlign w:val="center"/>
            <w:shd w:fill="F7F5EF"/>
            <w:tcMar>
              <w:top w:w="65" w:type="dxa"/>
              <w:bottom w:w="65" w:type="dxa"/>
              <w:left w:w="90" w:type="dxa"/>
              <w:right w:w="90" w:type="dxa"/>
            </w:tcMar>
          </w:tcPr>
          <w:p>
            <w:pPr>
              <w:spacing w:after="0" w:line="259" w:lineRule="auto"/>
            </w:pPr>
            <w:r>
              <w:rPr>
                <w:b w:val="0"/>
                <w:sz w:val="18"/>
              </w:rPr>
              <w:t>Excuse me. / Sorry.</w:t>
            </w:r>
          </w:p>
        </w:tc>
      </w:tr>
      <w:tr>
        <w:trPr>
          <w:trHeight w:val="720" w:hRule="atLeast"/>
          <w:cantSplit/>
        </w:trPr>
        <w:tc>
          <w:tcPr>
            <w:tcW w:type="dxa" w:w="5227"/>
            <w:vAlign w:val="center"/>
            <w:tcMar>
              <w:top w:w="65" w:type="dxa"/>
              <w:bottom w:w="65" w:type="dxa"/>
              <w:left w:w="90" w:type="dxa"/>
              <w:right w:w="90" w:type="dxa"/>
            </w:tcMar>
          </w:tcPr>
          <w:p>
            <w:pPr>
              <w:spacing w:after="0" w:line="259" w:lineRule="auto"/>
            </w:pPr>
            <w:r>
              <w:rPr>
                <w:b w:val="0"/>
                <w:sz w:val="18"/>
              </w:rPr>
              <w:t>¿Puede repetir, por favor?</w:t>
            </w:r>
          </w:p>
        </w:tc>
        <w:tc>
          <w:tcPr>
            <w:tcW w:type="dxa" w:w="5227"/>
            <w:vAlign w:val="center"/>
            <w:tcMar>
              <w:top w:w="65" w:type="dxa"/>
              <w:bottom w:w="65" w:type="dxa"/>
              <w:left w:w="90" w:type="dxa"/>
              <w:right w:w="90" w:type="dxa"/>
            </w:tcMar>
          </w:tcPr>
          <w:p>
            <w:pPr>
              <w:spacing w:after="0" w:line="259" w:lineRule="auto"/>
            </w:pPr>
            <w:r>
              <w:rPr>
                <w:b w:val="0"/>
                <w:sz w:val="18"/>
              </w:rPr>
              <w:t>Can you repeat, please?</w:t>
            </w:r>
          </w:p>
        </w:tc>
      </w:tr>
      <w:tr>
        <w:trPr>
          <w:trHeight w:val="720" w:hRule="atLeast"/>
          <w:cantSplit/>
        </w:trPr>
        <w:tc>
          <w:tcPr>
            <w:tcW w:type="dxa" w:w="5227"/>
            <w:vAlign w:val="center"/>
            <w:shd w:fill="F7F5EF"/>
            <w:tcMar>
              <w:top w:w="65" w:type="dxa"/>
              <w:bottom w:w="65" w:type="dxa"/>
              <w:left w:w="90" w:type="dxa"/>
              <w:right w:w="90" w:type="dxa"/>
            </w:tcMar>
          </w:tcPr>
          <w:p>
            <w:pPr>
              <w:spacing w:after="0" w:line="259" w:lineRule="auto"/>
            </w:pPr>
            <w:r>
              <w:rPr>
                <w:b w:val="0"/>
                <w:sz w:val="18"/>
              </w:rPr>
              <w:t>¿Puede hablar más despacio, por favor?</w:t>
            </w:r>
          </w:p>
        </w:tc>
        <w:tc>
          <w:tcPr>
            <w:tcW w:type="dxa" w:w="5227"/>
            <w:vAlign w:val="center"/>
            <w:shd w:fill="F7F5EF"/>
            <w:tcMar>
              <w:top w:w="65" w:type="dxa"/>
              <w:bottom w:w="65" w:type="dxa"/>
              <w:left w:w="90" w:type="dxa"/>
              <w:right w:w="90" w:type="dxa"/>
            </w:tcMar>
          </w:tcPr>
          <w:p>
            <w:pPr>
              <w:spacing w:after="0" w:line="259" w:lineRule="auto"/>
            </w:pPr>
            <w:r>
              <w:rPr>
                <w:b w:val="0"/>
                <w:sz w:val="18"/>
              </w:rPr>
              <w:t>Can you speak more slowly, please?</w:t>
            </w:r>
          </w:p>
        </w:tc>
      </w:tr>
      <w:tr>
        <w:trPr>
          <w:trHeight w:val="720" w:hRule="atLeast"/>
          <w:cantSplit/>
        </w:trPr>
        <w:tc>
          <w:tcPr>
            <w:tcW w:type="dxa" w:w="5227"/>
            <w:vAlign w:val="center"/>
            <w:tcMar>
              <w:top w:w="65" w:type="dxa"/>
              <w:bottom w:w="65" w:type="dxa"/>
              <w:left w:w="90" w:type="dxa"/>
              <w:right w:w="90" w:type="dxa"/>
            </w:tcMar>
          </w:tcPr>
          <w:p>
            <w:pPr>
              <w:spacing w:after="0" w:line="259" w:lineRule="auto"/>
            </w:pPr>
            <w:r>
              <w:rPr>
                <w:b w:val="0"/>
                <w:sz w:val="18"/>
              </w:rPr>
              <w:t>No entiendo.</w:t>
            </w:r>
          </w:p>
        </w:tc>
        <w:tc>
          <w:tcPr>
            <w:tcW w:type="dxa" w:w="5227"/>
            <w:vAlign w:val="center"/>
            <w:tcMar>
              <w:top w:w="65" w:type="dxa"/>
              <w:bottom w:w="65" w:type="dxa"/>
              <w:left w:w="90" w:type="dxa"/>
              <w:right w:w="90" w:type="dxa"/>
            </w:tcMar>
          </w:tcPr>
          <w:p>
            <w:pPr>
              <w:spacing w:after="0" w:line="259" w:lineRule="auto"/>
            </w:pPr>
            <w:r>
              <w:rPr>
                <w:b w:val="0"/>
                <w:sz w:val="18"/>
              </w:rPr>
              <w:t>I do not understand.</w:t>
            </w:r>
          </w:p>
        </w:tc>
      </w:tr>
      <w:tr>
        <w:trPr>
          <w:trHeight w:val="720" w:hRule="atLeast"/>
          <w:cantSplit/>
        </w:trPr>
        <w:tc>
          <w:tcPr>
            <w:tcW w:type="dxa" w:w="5227"/>
            <w:vAlign w:val="center"/>
            <w:shd w:fill="F7F5EF"/>
            <w:tcMar>
              <w:top w:w="65" w:type="dxa"/>
              <w:bottom w:w="65" w:type="dxa"/>
              <w:left w:w="90" w:type="dxa"/>
              <w:right w:w="90" w:type="dxa"/>
            </w:tcMar>
          </w:tcPr>
          <w:p>
            <w:pPr>
              <w:spacing w:after="0" w:line="259" w:lineRule="auto"/>
            </w:pPr>
            <w:r>
              <w:rPr>
                <w:b w:val="0"/>
                <w:sz w:val="18"/>
              </w:rPr>
              <w:t>Gracias.</w:t>
            </w:r>
          </w:p>
        </w:tc>
        <w:tc>
          <w:tcPr>
            <w:tcW w:type="dxa" w:w="5227"/>
            <w:vAlign w:val="center"/>
            <w:shd w:fill="F7F5EF"/>
            <w:tcMar>
              <w:top w:w="65" w:type="dxa"/>
              <w:bottom w:w="65" w:type="dxa"/>
              <w:left w:w="90" w:type="dxa"/>
              <w:right w:w="90" w:type="dxa"/>
            </w:tcMar>
          </w:tcPr>
          <w:p>
            <w:pPr>
              <w:spacing w:after="0" w:line="259" w:lineRule="auto"/>
            </w:pPr>
            <w:r>
              <w:rPr>
                <w:b w:val="0"/>
                <w:sz w:val="18"/>
              </w:rPr>
              <w:t>Thank you.</w:t>
            </w:r>
          </w:p>
        </w:tc>
      </w:tr>
    </w:tbl>
    <w:p>
      <w:pPr>
        <w:spacing w:after="0"/>
      </w:pPr>
    </w:p>
    <w:p>
      <w:r>
        <w:rPr>
          <w:b w:val="0"/>
          <w:sz w:val="18"/>
        </w:rPr>
        <w:t>Questions with “puede” use polite singular address. Practise them as complete phrases.</w:t>
      </w:r>
    </w:p>
    <w:p>
      <w:pPr>
        <w:spacing w:before="100" w:after="200"/>
        <w:shd w:fill="E9F3F0"/>
      </w:pPr>
      <w:r>
        <w:rPr>
          <w:b/>
          <w:sz w:val="19"/>
        </w:rPr>
        <w:t>Day 2 task</w:t>
      </w:r>
      <w:r>
        <w:br/>
      </w:r>
      <w:r>
        <w:rPr>
          <w:b w:val="0"/>
          <w:sz w:val="19"/>
        </w:rPr>
        <w:t>Read a phrase, cover it and say it again. Imagine someone speaks quickly. Ask for repetition, then thank them. Repeat the exchange three times.</w:t>
      </w:r>
    </w:p>
    <w:p>
      <w:pPr>
        <w:pStyle w:val="Heading1"/>
      </w:pPr>
      <w:r>
        <w:t>Day 3  Make the introduction your own</w:t>
      </w:r>
    </w:p>
    <w:p>
      <w:r>
        <w:rPr>
          <w:b w:val="0"/>
        </w:rPr>
        <w:t>Return to Dialogue 1. Read both roles with your name. Cover one line at a time and try to recall it. Add “¿Puede repetir, por favor?” as if you did not catch the other person’s name.</w:t>
      </w:r>
    </w:p>
    <w:p>
      <w:pPr>
        <w:pStyle w:val="Heading1"/>
      </w:pPr>
      <w:r>
        <w:t>One phrase I want to remember</w:t>
      </w:r>
    </w:p>
    <w:p>
      <w:pPr>
        <w:spacing w:before="80" w:after="200" w:line="300" w:lineRule="exact"/>
        <w:pBdr>
          <w:bottom w:val="single" w:sz="4" w:color="DDE5E5" w:space="1"/>
        </w:pBdr>
      </w:pPr>
      <w:r>
        <w:t xml:space="preserve"> </w:t>
      </w:r>
    </w:p>
    <w:p>
      <w:r>
        <w:br w:type="page"/>
      </w:r>
    </w:p>
    <w:p>
      <w:pPr>
        <w:pStyle w:val="Title"/>
      </w:pPr>
      <w:r>
        <w:t>Order politely and ask a question</w:t>
      </w:r>
    </w:p>
    <w:p>
      <w:pPr>
        <w:spacing w:after="220"/>
      </w:pPr>
      <w:r>
        <w:rPr>
          <w:color w:val="587080"/>
          <w:sz w:val="18"/>
        </w:rPr>
        <w:t>Days 4 and 5  Practise two useful situations and ask for clarification when you need it.</w:t>
      </w:r>
    </w:p>
    <w:p>
      <w:pPr>
        <w:pStyle w:val="Heading1"/>
      </w:pPr>
      <w:r>
        <w:t>Day 4  Dialogue 2 at a cafe</w:t>
      </w:r>
    </w:p>
    <w:tbl>
      <w:tblPr>
        <w:tblW w:type="auto" w:w="0"/>
        <w:jc w:val="center"/>
        <w:tblLayout w:type="fixed"/>
        <w:tblLook w:firstColumn="1" w:firstRow="1" w:lastColumn="0" w:lastRow="0" w:noHBand="0" w:noVBand="1" w:val="04A0"/>
      </w:tblPr>
      <w:tblGrid>
        <w:gridCol w:w="5227"/>
        <w:gridCol w:w="5227"/>
      </w:tblGrid>
      <w:tr>
        <w:trPr>
          <w:tblHeader/>
        </w:trPr>
        <w:tc>
          <w:tcPr>
            <w:tcW w:type="dxa" w:w="5227"/>
            <w:shd w:fill="17344B"/>
            <w:tcMar>
              <w:top w:w="65" w:type="dxa"/>
              <w:bottom w:w="65" w:type="dxa"/>
              <w:left w:w="90" w:type="dxa"/>
              <w:right w:w="90" w:type="dxa"/>
            </w:tcMar>
          </w:tcPr>
          <w:p>
            <w:pPr>
              <w:spacing w:after="0" w:line="259" w:lineRule="auto"/>
            </w:pPr>
            <w:r>
              <w:rPr>
                <w:rFonts w:ascii="DejaVu Sans" w:hAnsi="DejaVu Sans"/>
                <w:b/>
                <w:color w:val="FFFFFF"/>
                <w:sz w:val="16"/>
              </w:rPr>
              <w:t>Spanish</w:t>
            </w:r>
          </w:p>
        </w:tc>
        <w:tc>
          <w:tcPr>
            <w:tcW w:type="dxa" w:w="5227"/>
            <w:shd w:fill="17344B"/>
            <w:tcMar>
              <w:top w:w="65" w:type="dxa"/>
              <w:bottom w:w="65" w:type="dxa"/>
              <w:left w:w="90" w:type="dxa"/>
              <w:right w:w="90" w:type="dxa"/>
            </w:tcMar>
          </w:tcPr>
          <w:p>
            <w:pPr>
              <w:spacing w:after="0" w:line="259" w:lineRule="auto"/>
            </w:pPr>
            <w:r>
              <w:rPr>
                <w:rFonts w:ascii="DejaVu Sans" w:hAnsi="DejaVu Sans"/>
                <w:b/>
                <w:color w:val="FFFFFF"/>
                <w:sz w:val="16"/>
              </w:rPr>
              <w:t>English</w:t>
            </w:r>
          </w:p>
        </w:tc>
      </w:tr>
      <w:tr>
        <w:trPr>
          <w:trHeight w:val="620" w:hRule="atLeast"/>
          <w:cantSplit/>
        </w:trPr>
        <w:tc>
          <w:tcPr>
            <w:tcW w:type="dxa" w:w="5227"/>
            <w:vAlign w:val="center"/>
            <w:shd w:fill="F7F5EF"/>
            <w:tcMar>
              <w:top w:w="65" w:type="dxa"/>
              <w:bottom w:w="65" w:type="dxa"/>
              <w:left w:w="90" w:type="dxa"/>
              <w:right w:w="90" w:type="dxa"/>
            </w:tcMar>
          </w:tcPr>
          <w:p>
            <w:pPr>
              <w:spacing w:after="0" w:line="259" w:lineRule="auto"/>
            </w:pPr>
            <w:r>
              <w:rPr>
                <w:b/>
                <w:sz w:val="18"/>
              </w:rPr>
              <w:t>A:</w:t>
            </w:r>
            <w:r>
              <w:rPr>
                <w:b w:val="0"/>
                <w:sz w:val="18"/>
              </w:rPr>
              <w:t xml:space="preserve"> Hola. Un café, por favor.</w:t>
            </w:r>
          </w:p>
        </w:tc>
        <w:tc>
          <w:tcPr>
            <w:tcW w:type="dxa" w:w="5227"/>
            <w:vAlign w:val="center"/>
            <w:shd w:fill="F7F5EF"/>
            <w:tcMar>
              <w:top w:w="65" w:type="dxa"/>
              <w:bottom w:w="65" w:type="dxa"/>
              <w:left w:w="90" w:type="dxa"/>
              <w:right w:w="90" w:type="dxa"/>
            </w:tcMar>
          </w:tcPr>
          <w:p>
            <w:pPr>
              <w:spacing w:after="0" w:line="259" w:lineRule="auto"/>
            </w:pPr>
            <w:r>
              <w:rPr>
                <w:b/>
                <w:sz w:val="18"/>
              </w:rPr>
              <w:t>A:</w:t>
            </w:r>
            <w:r>
              <w:rPr>
                <w:b w:val="0"/>
                <w:sz w:val="18"/>
              </w:rPr>
              <w:t xml:space="preserve"> Hello. A coffee, please.</w:t>
            </w:r>
          </w:p>
        </w:tc>
      </w:tr>
      <w:tr>
        <w:trPr>
          <w:trHeight w:val="620" w:hRule="atLeast"/>
          <w:cantSplit/>
        </w:trPr>
        <w:tc>
          <w:tcPr>
            <w:tcW w:type="dxa" w:w="5227"/>
            <w:vAlign w:val="center"/>
            <w:tcMar>
              <w:top w:w="65" w:type="dxa"/>
              <w:bottom w:w="65" w:type="dxa"/>
              <w:left w:w="90" w:type="dxa"/>
              <w:right w:w="90" w:type="dxa"/>
            </w:tcMar>
          </w:tcPr>
          <w:p>
            <w:pPr>
              <w:spacing w:after="0" w:line="259" w:lineRule="auto"/>
            </w:pPr>
            <w:r>
              <w:rPr>
                <w:b/>
                <w:sz w:val="18"/>
              </w:rPr>
              <w:t>B:</w:t>
            </w:r>
            <w:r>
              <w:rPr>
                <w:b w:val="0"/>
                <w:sz w:val="18"/>
              </w:rPr>
              <w:t xml:space="preserve"> ¿Algo más?</w:t>
            </w:r>
          </w:p>
        </w:tc>
        <w:tc>
          <w:tcPr>
            <w:tcW w:type="dxa" w:w="5227"/>
            <w:vAlign w:val="center"/>
            <w:tcMar>
              <w:top w:w="65" w:type="dxa"/>
              <w:bottom w:w="65" w:type="dxa"/>
              <w:left w:w="90" w:type="dxa"/>
              <w:right w:w="90" w:type="dxa"/>
            </w:tcMar>
          </w:tcPr>
          <w:p>
            <w:pPr>
              <w:spacing w:after="0" w:line="259" w:lineRule="auto"/>
            </w:pPr>
            <w:r>
              <w:rPr>
                <w:b/>
                <w:sz w:val="18"/>
              </w:rPr>
              <w:t>B:</w:t>
            </w:r>
            <w:r>
              <w:rPr>
                <w:b w:val="0"/>
                <w:sz w:val="18"/>
              </w:rPr>
              <w:t xml:space="preserve"> Anything else?</w:t>
            </w:r>
          </w:p>
        </w:tc>
      </w:tr>
      <w:tr>
        <w:trPr>
          <w:trHeight w:val="620" w:hRule="atLeast"/>
          <w:cantSplit/>
        </w:trPr>
        <w:tc>
          <w:tcPr>
            <w:tcW w:type="dxa" w:w="5227"/>
            <w:vAlign w:val="center"/>
            <w:shd w:fill="F7F5EF"/>
            <w:tcMar>
              <w:top w:w="65" w:type="dxa"/>
              <w:bottom w:w="65" w:type="dxa"/>
              <w:left w:w="90" w:type="dxa"/>
              <w:right w:w="90" w:type="dxa"/>
            </w:tcMar>
          </w:tcPr>
          <w:p>
            <w:pPr>
              <w:spacing w:after="0" w:line="259" w:lineRule="auto"/>
            </w:pPr>
            <w:r>
              <w:rPr>
                <w:b/>
                <w:sz w:val="18"/>
              </w:rPr>
              <w:t>A:</w:t>
            </w:r>
            <w:r>
              <w:rPr>
                <w:b w:val="0"/>
                <w:sz w:val="18"/>
              </w:rPr>
              <w:t xml:space="preserve"> No, gracias.</w:t>
            </w:r>
          </w:p>
        </w:tc>
        <w:tc>
          <w:tcPr>
            <w:tcW w:type="dxa" w:w="5227"/>
            <w:vAlign w:val="center"/>
            <w:shd w:fill="F7F5EF"/>
            <w:tcMar>
              <w:top w:w="65" w:type="dxa"/>
              <w:bottom w:w="65" w:type="dxa"/>
              <w:left w:w="90" w:type="dxa"/>
              <w:right w:w="90" w:type="dxa"/>
            </w:tcMar>
          </w:tcPr>
          <w:p>
            <w:pPr>
              <w:spacing w:after="0" w:line="259" w:lineRule="auto"/>
            </w:pPr>
            <w:r>
              <w:rPr>
                <w:b/>
                <w:sz w:val="18"/>
              </w:rPr>
              <w:t>A:</w:t>
            </w:r>
            <w:r>
              <w:rPr>
                <w:b w:val="0"/>
                <w:sz w:val="18"/>
              </w:rPr>
              <w:t xml:space="preserve"> No, thank you.</w:t>
            </w:r>
          </w:p>
        </w:tc>
      </w:tr>
      <w:tr>
        <w:trPr>
          <w:trHeight w:val="620" w:hRule="atLeast"/>
          <w:cantSplit/>
        </w:trPr>
        <w:tc>
          <w:tcPr>
            <w:tcW w:type="dxa" w:w="5227"/>
            <w:vAlign w:val="center"/>
            <w:tcMar>
              <w:top w:w="65" w:type="dxa"/>
              <w:bottom w:w="65" w:type="dxa"/>
              <w:left w:w="90" w:type="dxa"/>
              <w:right w:w="90" w:type="dxa"/>
            </w:tcMar>
          </w:tcPr>
          <w:p>
            <w:pPr>
              <w:spacing w:after="0" w:line="259" w:lineRule="auto"/>
            </w:pPr>
            <w:r>
              <w:rPr>
                <w:b/>
                <w:sz w:val="18"/>
              </w:rPr>
              <w:t>B:</w:t>
            </w:r>
            <w:r>
              <w:rPr>
                <w:b w:val="0"/>
                <w:sz w:val="18"/>
              </w:rPr>
              <w:t xml:space="preserve"> Aquí tiene.</w:t>
            </w:r>
          </w:p>
        </w:tc>
        <w:tc>
          <w:tcPr>
            <w:tcW w:type="dxa" w:w="5227"/>
            <w:vAlign w:val="center"/>
            <w:tcMar>
              <w:top w:w="65" w:type="dxa"/>
              <w:bottom w:w="65" w:type="dxa"/>
              <w:left w:w="90" w:type="dxa"/>
              <w:right w:w="90" w:type="dxa"/>
            </w:tcMar>
          </w:tcPr>
          <w:p>
            <w:pPr>
              <w:spacing w:after="0" w:line="259" w:lineRule="auto"/>
            </w:pPr>
            <w:r>
              <w:rPr>
                <w:b/>
                <w:sz w:val="18"/>
              </w:rPr>
              <w:t>B:</w:t>
            </w:r>
            <w:r>
              <w:rPr>
                <w:b w:val="0"/>
                <w:sz w:val="18"/>
              </w:rPr>
              <w:t xml:space="preserve"> Here you are.</w:t>
            </w:r>
          </w:p>
        </w:tc>
      </w:tr>
      <w:tr>
        <w:trPr>
          <w:trHeight w:val="620" w:hRule="atLeast"/>
          <w:cantSplit/>
        </w:trPr>
        <w:tc>
          <w:tcPr>
            <w:tcW w:type="dxa" w:w="5227"/>
            <w:vAlign w:val="center"/>
            <w:shd w:fill="F7F5EF"/>
            <w:tcMar>
              <w:top w:w="65" w:type="dxa"/>
              <w:bottom w:w="65" w:type="dxa"/>
              <w:left w:w="90" w:type="dxa"/>
              <w:right w:w="90" w:type="dxa"/>
            </w:tcMar>
          </w:tcPr>
          <w:p>
            <w:pPr>
              <w:spacing w:after="0" w:line="259" w:lineRule="auto"/>
            </w:pPr>
            <w:r>
              <w:rPr>
                <w:b/>
                <w:sz w:val="18"/>
              </w:rPr>
              <w:t>A:</w:t>
            </w:r>
            <w:r>
              <w:rPr>
                <w:b w:val="0"/>
                <w:sz w:val="18"/>
              </w:rPr>
              <w:t xml:space="preserve"> Gracias.</w:t>
            </w:r>
          </w:p>
        </w:tc>
        <w:tc>
          <w:tcPr>
            <w:tcW w:type="dxa" w:w="5227"/>
            <w:vAlign w:val="center"/>
            <w:shd w:fill="F7F5EF"/>
            <w:tcMar>
              <w:top w:w="65" w:type="dxa"/>
              <w:bottom w:w="65" w:type="dxa"/>
              <w:left w:w="90" w:type="dxa"/>
              <w:right w:w="90" w:type="dxa"/>
            </w:tcMar>
          </w:tcPr>
          <w:p>
            <w:pPr>
              <w:spacing w:after="0" w:line="259" w:lineRule="auto"/>
            </w:pPr>
            <w:r>
              <w:rPr>
                <w:b/>
                <w:sz w:val="18"/>
              </w:rPr>
              <w:t>A:</w:t>
            </w:r>
            <w:r>
              <w:rPr>
                <w:b w:val="0"/>
                <w:sz w:val="18"/>
              </w:rPr>
              <w:t xml:space="preserve"> Thank you.</w:t>
            </w:r>
          </w:p>
        </w:tc>
      </w:tr>
    </w:tbl>
    <w:p>
      <w:pPr>
        <w:spacing w:after="0"/>
      </w:pPr>
    </w:p>
    <w:p>
      <w:r>
        <w:rPr>
          <w:b/>
        </w:rPr>
        <w:t>Day 4 task:</w:t>
      </w:r>
      <w:r>
        <w:rPr>
          <w:b w:val="0"/>
        </w:rPr>
        <w:t xml:space="preserve"> Read both roles. Change the drink to “Un té” (a tea) or “Un vaso de agua” (a glass of water). Ask for your choice without looking, then check it.</w:t>
      </w:r>
    </w:p>
    <w:p>
      <w:pPr>
        <w:pStyle w:val="Heading1"/>
      </w:pPr>
      <w:r>
        <w:t>Day 5  Ask where something is</w:t>
      </w:r>
    </w:p>
    <w:tbl>
      <w:tblPr>
        <w:tblW w:type="auto" w:w="0"/>
        <w:jc w:val="center"/>
        <w:tblLayout w:type="fixed"/>
        <w:tblLook w:firstColumn="1" w:firstRow="1" w:lastColumn="0" w:lastRow="0" w:noHBand="0" w:noVBand="1" w:val="04A0"/>
      </w:tblPr>
      <w:tblGrid>
        <w:gridCol w:w="5227"/>
        <w:gridCol w:w="5227"/>
      </w:tblGrid>
      <w:tr>
        <w:trPr>
          <w:tblHeader/>
        </w:trPr>
        <w:tc>
          <w:tcPr>
            <w:tcW w:type="dxa" w:w="5227"/>
            <w:shd w:fill="17344B"/>
            <w:tcMar>
              <w:top w:w="65" w:type="dxa"/>
              <w:bottom w:w="65" w:type="dxa"/>
              <w:left w:w="90" w:type="dxa"/>
              <w:right w:w="90" w:type="dxa"/>
            </w:tcMar>
          </w:tcPr>
          <w:p>
            <w:pPr>
              <w:spacing w:after="0" w:line="259" w:lineRule="auto"/>
            </w:pPr>
            <w:r>
              <w:rPr>
                <w:rFonts w:ascii="DejaVu Sans" w:hAnsi="DejaVu Sans"/>
                <w:b/>
                <w:color w:val="FFFFFF"/>
                <w:sz w:val="16"/>
              </w:rPr>
              <w:t>Spanish</w:t>
            </w:r>
          </w:p>
        </w:tc>
        <w:tc>
          <w:tcPr>
            <w:tcW w:type="dxa" w:w="5227"/>
            <w:shd w:fill="17344B"/>
            <w:tcMar>
              <w:top w:w="65" w:type="dxa"/>
              <w:bottom w:w="65" w:type="dxa"/>
              <w:left w:w="90" w:type="dxa"/>
              <w:right w:w="90" w:type="dxa"/>
            </w:tcMar>
          </w:tcPr>
          <w:p>
            <w:pPr>
              <w:spacing w:after="0" w:line="259" w:lineRule="auto"/>
            </w:pPr>
            <w:r>
              <w:rPr>
                <w:rFonts w:ascii="DejaVu Sans" w:hAnsi="DejaVu Sans"/>
                <w:b/>
                <w:color w:val="FFFFFF"/>
                <w:sz w:val="16"/>
              </w:rPr>
              <w:t>English</w:t>
            </w:r>
          </w:p>
        </w:tc>
      </w:tr>
      <w:tr>
        <w:trPr>
          <w:trHeight w:val="700" w:hRule="atLeast"/>
          <w:cantSplit/>
        </w:trPr>
        <w:tc>
          <w:tcPr>
            <w:tcW w:type="dxa" w:w="5227"/>
            <w:vAlign w:val="center"/>
            <w:shd w:fill="F7F5EF"/>
            <w:tcMar>
              <w:top w:w="65" w:type="dxa"/>
              <w:bottom w:w="65" w:type="dxa"/>
              <w:left w:w="90" w:type="dxa"/>
              <w:right w:w="90" w:type="dxa"/>
            </w:tcMar>
          </w:tcPr>
          <w:p>
            <w:pPr>
              <w:spacing w:after="0" w:line="259" w:lineRule="auto"/>
            </w:pPr>
            <w:r>
              <w:rPr>
                <w:b w:val="0"/>
                <w:sz w:val="18"/>
              </w:rPr>
              <w:t>¿Dónde está la estación?</w:t>
            </w:r>
          </w:p>
        </w:tc>
        <w:tc>
          <w:tcPr>
            <w:tcW w:type="dxa" w:w="5227"/>
            <w:vAlign w:val="center"/>
            <w:shd w:fill="F7F5EF"/>
            <w:tcMar>
              <w:top w:w="65" w:type="dxa"/>
              <w:bottom w:w="65" w:type="dxa"/>
              <w:left w:w="90" w:type="dxa"/>
              <w:right w:w="90" w:type="dxa"/>
            </w:tcMar>
          </w:tcPr>
          <w:p>
            <w:pPr>
              <w:spacing w:after="0" w:line="259" w:lineRule="auto"/>
            </w:pPr>
            <w:r>
              <w:rPr>
                <w:b w:val="0"/>
                <w:sz w:val="18"/>
              </w:rPr>
              <w:t>Where is the station?</w:t>
            </w:r>
          </w:p>
        </w:tc>
      </w:tr>
      <w:tr>
        <w:trPr>
          <w:trHeight w:val="700" w:hRule="atLeast"/>
          <w:cantSplit/>
        </w:trPr>
        <w:tc>
          <w:tcPr>
            <w:tcW w:type="dxa" w:w="5227"/>
            <w:vAlign w:val="center"/>
            <w:tcMar>
              <w:top w:w="65" w:type="dxa"/>
              <w:bottom w:w="65" w:type="dxa"/>
              <w:left w:w="90" w:type="dxa"/>
              <w:right w:w="90" w:type="dxa"/>
            </w:tcMar>
          </w:tcPr>
          <w:p>
            <w:pPr>
              <w:spacing w:after="0" w:line="259" w:lineRule="auto"/>
            </w:pPr>
            <w:r>
              <w:rPr>
                <w:b w:val="0"/>
                <w:sz w:val="18"/>
              </w:rPr>
              <w:t>¿Dónde está el baño?</w:t>
            </w:r>
          </w:p>
        </w:tc>
        <w:tc>
          <w:tcPr>
            <w:tcW w:type="dxa" w:w="5227"/>
            <w:vAlign w:val="center"/>
            <w:tcMar>
              <w:top w:w="65" w:type="dxa"/>
              <w:bottom w:w="65" w:type="dxa"/>
              <w:left w:w="90" w:type="dxa"/>
              <w:right w:w="90" w:type="dxa"/>
            </w:tcMar>
          </w:tcPr>
          <w:p>
            <w:pPr>
              <w:spacing w:after="0" w:line="259" w:lineRule="auto"/>
            </w:pPr>
            <w:r>
              <w:rPr>
                <w:b w:val="0"/>
                <w:sz w:val="18"/>
              </w:rPr>
              <w:t>Where is the bathroom?</w:t>
            </w:r>
          </w:p>
        </w:tc>
      </w:tr>
    </w:tbl>
    <w:p>
      <w:pPr>
        <w:spacing w:after="0"/>
      </w:pPr>
    </w:p>
    <w:p>
      <w:pPr>
        <w:spacing w:before="100" w:after="200"/>
        <w:shd w:fill="E9F3F0"/>
      </w:pPr>
      <w:r>
        <w:rPr>
          <w:b/>
          <w:sz w:val="19"/>
        </w:rPr>
        <w:t>Day 5 task</w:t>
      </w:r>
      <w:r>
        <w:br/>
      </w:r>
      <w:r>
        <w:rPr>
          <w:b w:val="0"/>
          <w:sz w:val="19"/>
        </w:rPr>
        <w:t>Ask one question. If the imagined reply is unclear, say “No entiendo” and “¿Puede repetir, por favor?” The task is to ask and seek clarification; it does not assume you understand full directions yet.</w:t>
      </w:r>
    </w:p>
    <w:p>
      <w:r>
        <w:br w:type="page"/>
      </w:r>
    </w:p>
    <w:p>
      <w:pPr>
        <w:pStyle w:val="Title"/>
      </w:pPr>
      <w:r>
        <w:t>Recall combine and reflect</w:t>
      </w:r>
    </w:p>
    <w:p>
      <w:pPr>
        <w:spacing w:after="220"/>
      </w:pPr>
      <w:r>
        <w:rPr>
          <w:color w:val="587080"/>
          <w:sz w:val="18"/>
        </w:rPr>
        <w:t>Days 6 and 7  Use what you remember, then choose what to practise next.</w:t>
      </w:r>
    </w:p>
    <w:p>
      <w:pPr>
        <w:spacing w:before="100" w:after="200"/>
        <w:shd w:fill="E9F3F0"/>
      </w:pPr>
      <w:r>
        <w:rPr>
          <w:b/>
          <w:sz w:val="19"/>
        </w:rPr>
        <w:t>Day 6  Try without looking</w:t>
      </w:r>
      <w:r>
        <w:br/>
      </w:r>
      <w:r>
        <w:rPr>
          <w:b w:val="0"/>
          <w:sz w:val="19"/>
        </w:rPr>
        <w:t>Use five English prompts: Hello; My name is…; A coffee, please; Where is the station?; Can you repeat, please? Say each in Spanish. Check the earlier pages and repeat the ones you missed.</w:t>
      </w:r>
    </w:p>
    <w:p>
      <w:pPr>
        <w:pStyle w:val="Heading1"/>
      </w:pPr>
      <w:r>
        <w:t>Day 7  Three short role plays</w:t>
      </w:r>
    </w:p>
    <w:tbl>
      <w:tblPr>
        <w:tblW w:type="auto" w:w="0"/>
        <w:jc w:val="center"/>
        <w:tblLayout w:type="fixed"/>
        <w:tblLook w:firstColumn="1" w:firstRow="1" w:lastColumn="0" w:lastRow="0" w:noHBand="0" w:noVBand="1" w:val="04A0"/>
      </w:tblPr>
      <w:tblGrid>
        <w:gridCol w:w="3168"/>
        <w:gridCol w:w="7286"/>
      </w:tblGrid>
      <w:tr>
        <w:trPr>
          <w:tblHeader/>
        </w:trPr>
        <w:tc>
          <w:tcPr>
            <w:tcW w:type="dxa" w:w="3168"/>
            <w:shd w:fill="17344B"/>
            <w:tcMar>
              <w:top w:w="65" w:type="dxa"/>
              <w:bottom w:w="65" w:type="dxa"/>
              <w:left w:w="90" w:type="dxa"/>
              <w:right w:w="90" w:type="dxa"/>
            </w:tcMar>
          </w:tcPr>
          <w:p>
            <w:pPr>
              <w:spacing w:after="0" w:line="259" w:lineRule="auto"/>
            </w:pPr>
            <w:r>
              <w:rPr>
                <w:rFonts w:ascii="DejaVu Sans" w:hAnsi="DejaVu Sans"/>
                <w:b/>
                <w:color w:val="FFFFFF"/>
                <w:sz w:val="16"/>
              </w:rPr>
              <w:t>Situation</w:t>
            </w:r>
          </w:p>
        </w:tc>
        <w:tc>
          <w:tcPr>
            <w:tcW w:type="dxa" w:w="7286"/>
            <w:shd w:fill="17344B"/>
            <w:tcMar>
              <w:top w:w="65" w:type="dxa"/>
              <w:bottom w:w="65" w:type="dxa"/>
              <w:left w:w="90" w:type="dxa"/>
              <w:right w:w="90" w:type="dxa"/>
            </w:tcMar>
          </w:tcPr>
          <w:p>
            <w:pPr>
              <w:spacing w:after="0" w:line="259" w:lineRule="auto"/>
            </w:pPr>
            <w:r>
              <w:rPr>
                <w:rFonts w:ascii="DejaVu Sans" w:hAnsi="DejaVu Sans"/>
                <w:b/>
                <w:color w:val="FFFFFF"/>
                <w:sz w:val="16"/>
              </w:rPr>
              <w:t>Your task</w:t>
            </w:r>
          </w:p>
        </w:tc>
      </w:tr>
      <w:tr>
        <w:trPr>
          <w:trHeight w:val="860" w:hRule="atLeast"/>
          <w:cantSplit/>
        </w:trPr>
        <w:tc>
          <w:tcPr>
            <w:tcW w:type="dxa" w:w="3168"/>
            <w:vAlign w:val="center"/>
            <w:shd w:fill="F7F5EF"/>
            <w:tcMar>
              <w:top w:w="65" w:type="dxa"/>
              <w:bottom w:w="65" w:type="dxa"/>
              <w:left w:w="90" w:type="dxa"/>
              <w:right w:w="90" w:type="dxa"/>
            </w:tcMar>
          </w:tcPr>
          <w:p>
            <w:pPr>
              <w:spacing w:after="0" w:line="259" w:lineRule="auto"/>
            </w:pPr>
            <w:r>
              <w:rPr>
                <w:b w:val="0"/>
                <w:sz w:val="18"/>
              </w:rPr>
              <w:t>Meet someone</w:t>
            </w:r>
          </w:p>
        </w:tc>
        <w:tc>
          <w:tcPr>
            <w:tcW w:type="dxa" w:w="7286"/>
            <w:vAlign w:val="center"/>
            <w:shd w:fill="F7F5EF"/>
            <w:tcMar>
              <w:top w:w="65" w:type="dxa"/>
              <w:bottom w:w="65" w:type="dxa"/>
              <w:left w:w="90" w:type="dxa"/>
              <w:right w:w="90" w:type="dxa"/>
            </w:tcMar>
          </w:tcPr>
          <w:p>
            <w:pPr>
              <w:spacing w:after="0" w:line="259" w:lineRule="auto"/>
            </w:pPr>
            <w:r>
              <w:rPr>
                <w:b w:val="0"/>
                <w:sz w:val="18"/>
              </w:rPr>
              <w:t>Greet them, say your name and ask their name. Finish with “Mucho gusto.”</w:t>
            </w:r>
          </w:p>
        </w:tc>
      </w:tr>
      <w:tr>
        <w:trPr>
          <w:trHeight w:val="860" w:hRule="atLeast"/>
          <w:cantSplit/>
        </w:trPr>
        <w:tc>
          <w:tcPr>
            <w:tcW w:type="dxa" w:w="3168"/>
            <w:vAlign w:val="center"/>
            <w:tcMar>
              <w:top w:w="65" w:type="dxa"/>
              <w:bottom w:w="65" w:type="dxa"/>
              <w:left w:w="90" w:type="dxa"/>
              <w:right w:w="90" w:type="dxa"/>
            </w:tcMar>
          </w:tcPr>
          <w:p>
            <w:pPr>
              <w:spacing w:after="0" w:line="259" w:lineRule="auto"/>
            </w:pPr>
            <w:r>
              <w:rPr>
                <w:b w:val="0"/>
                <w:sz w:val="18"/>
              </w:rPr>
              <w:t>At a cafe</w:t>
            </w:r>
          </w:p>
        </w:tc>
        <w:tc>
          <w:tcPr>
            <w:tcW w:type="dxa" w:w="7286"/>
            <w:vAlign w:val="center"/>
            <w:tcMar>
              <w:top w:w="65" w:type="dxa"/>
              <w:bottom w:w="65" w:type="dxa"/>
              <w:left w:w="90" w:type="dxa"/>
              <w:right w:w="90" w:type="dxa"/>
            </w:tcMar>
          </w:tcPr>
          <w:p>
            <w:pPr>
              <w:spacing w:after="0" w:line="259" w:lineRule="auto"/>
            </w:pPr>
            <w:r>
              <w:rPr>
                <w:b w:val="0"/>
                <w:sz w:val="18"/>
              </w:rPr>
              <w:t>Ask for coffee, tea or water. Answer “¿Algo más?” and say thank you.</w:t>
            </w:r>
          </w:p>
        </w:tc>
      </w:tr>
      <w:tr>
        <w:trPr>
          <w:trHeight w:val="860" w:hRule="atLeast"/>
          <w:cantSplit/>
        </w:trPr>
        <w:tc>
          <w:tcPr>
            <w:tcW w:type="dxa" w:w="3168"/>
            <w:vAlign w:val="center"/>
            <w:shd w:fill="F7F5EF"/>
            <w:tcMar>
              <w:top w:w="65" w:type="dxa"/>
              <w:bottom w:w="65" w:type="dxa"/>
              <w:left w:w="90" w:type="dxa"/>
              <w:right w:w="90" w:type="dxa"/>
            </w:tcMar>
          </w:tcPr>
          <w:p>
            <w:pPr>
              <w:spacing w:after="0" w:line="259" w:lineRule="auto"/>
            </w:pPr>
            <w:r>
              <w:rPr>
                <w:b w:val="0"/>
                <w:sz w:val="18"/>
              </w:rPr>
              <w:t>Ask and clarify</w:t>
            </w:r>
          </w:p>
        </w:tc>
        <w:tc>
          <w:tcPr>
            <w:tcW w:type="dxa" w:w="7286"/>
            <w:vAlign w:val="center"/>
            <w:shd w:fill="F7F5EF"/>
            <w:tcMar>
              <w:top w:w="65" w:type="dxa"/>
              <w:bottom w:w="65" w:type="dxa"/>
              <w:left w:w="90" w:type="dxa"/>
              <w:right w:w="90" w:type="dxa"/>
            </w:tcMar>
          </w:tcPr>
          <w:p>
            <w:pPr>
              <w:spacing w:after="0" w:line="259" w:lineRule="auto"/>
            </w:pPr>
            <w:r>
              <w:rPr>
                <w:b w:val="0"/>
                <w:sz w:val="18"/>
              </w:rPr>
              <w:t>Ask where the station or bathroom is. If the reply is unclear, say you do not understand and ask for repetition.</w:t>
            </w:r>
          </w:p>
        </w:tc>
      </w:tr>
    </w:tbl>
    <w:p>
      <w:pPr>
        <w:spacing w:after="0"/>
      </w:pPr>
    </w:p>
    <w:p>
      <w:pPr>
        <w:pStyle w:val="Heading1"/>
      </w:pPr>
      <w:r>
        <w:t>Your self check  Tick one box per task</w:t>
      </w:r>
    </w:p>
    <w:tbl>
      <w:tblPr>
        <w:tblW w:type="auto" w:w="0"/>
        <w:jc w:val="center"/>
        <w:tblLayout w:type="fixed"/>
        <w:tblLook w:firstColumn="1" w:firstRow="1" w:lastColumn="0" w:lastRow="0" w:noHBand="0" w:noVBand="1" w:val="04A0"/>
      </w:tblPr>
      <w:tblGrid>
        <w:gridCol w:w="4158"/>
        <w:gridCol w:w="2099"/>
        <w:gridCol w:w="2099"/>
        <w:gridCol w:w="2099"/>
      </w:tblGrid>
      <w:tr>
        <w:trPr>
          <w:tblHeader/>
        </w:trPr>
        <w:tc>
          <w:tcPr>
            <w:tcW w:type="dxa" w:w="4158"/>
            <w:shd w:fill="17344B"/>
            <w:tcMar>
              <w:top w:w="65" w:type="dxa"/>
              <w:bottom w:w="65" w:type="dxa"/>
              <w:left w:w="90" w:type="dxa"/>
              <w:right w:w="90" w:type="dxa"/>
            </w:tcMar>
          </w:tcPr>
          <w:p>
            <w:pPr>
              <w:spacing w:after="0" w:line="259" w:lineRule="auto"/>
            </w:pPr>
            <w:r>
              <w:rPr>
                <w:rFonts w:ascii="DejaVu Sans" w:hAnsi="DejaVu Sans"/>
                <w:b/>
                <w:color w:val="FFFFFF"/>
                <w:sz w:val="16"/>
              </w:rPr>
              <w:t>Task</w:t>
            </w:r>
          </w:p>
        </w:tc>
        <w:tc>
          <w:tcPr>
            <w:tcW w:type="dxa" w:w="2099"/>
            <w:shd w:fill="17344B"/>
            <w:tcMar>
              <w:top w:w="65" w:type="dxa"/>
              <w:bottom w:w="65" w:type="dxa"/>
              <w:left w:w="90" w:type="dxa"/>
              <w:right w:w="90" w:type="dxa"/>
            </w:tcMar>
          </w:tcPr>
          <w:p>
            <w:pPr>
              <w:spacing w:after="0" w:line="259" w:lineRule="auto"/>
            </w:pPr>
            <w:r>
              <w:rPr>
                <w:rFonts w:ascii="DejaVu Sans" w:hAnsi="DejaVu Sans"/>
                <w:b/>
                <w:color w:val="FFFFFF"/>
                <w:sz w:val="16"/>
              </w:rPr>
              <w:t>Used example</w:t>
            </w:r>
          </w:p>
        </w:tc>
        <w:tc>
          <w:tcPr>
            <w:tcW w:type="dxa" w:w="2099"/>
            <w:shd w:fill="17344B"/>
            <w:tcMar>
              <w:top w:w="65" w:type="dxa"/>
              <w:bottom w:w="65" w:type="dxa"/>
              <w:left w:w="90" w:type="dxa"/>
              <w:right w:w="90" w:type="dxa"/>
            </w:tcMar>
          </w:tcPr>
          <w:p>
            <w:pPr>
              <w:spacing w:after="0" w:line="259" w:lineRule="auto"/>
            </w:pPr>
            <w:r>
              <w:rPr>
                <w:rFonts w:ascii="DejaVu Sans" w:hAnsi="DejaVu Sans"/>
                <w:b/>
                <w:color w:val="FFFFFF"/>
                <w:sz w:val="16"/>
              </w:rPr>
              <w:t>Small prompt</w:t>
            </w:r>
          </w:p>
        </w:tc>
        <w:tc>
          <w:tcPr>
            <w:tcW w:type="dxa" w:w="2099"/>
            <w:shd w:fill="17344B"/>
            <w:tcMar>
              <w:top w:w="65" w:type="dxa"/>
              <w:bottom w:w="65" w:type="dxa"/>
              <w:left w:w="90" w:type="dxa"/>
              <w:right w:w="90" w:type="dxa"/>
            </w:tcMar>
          </w:tcPr>
          <w:p>
            <w:pPr>
              <w:spacing w:after="0" w:line="259" w:lineRule="auto"/>
            </w:pPr>
            <w:r>
              <w:rPr>
                <w:rFonts w:ascii="DejaVu Sans" w:hAnsi="DejaVu Sans"/>
                <w:b/>
                <w:color w:val="FFFFFF"/>
                <w:sz w:val="16"/>
              </w:rPr>
              <w:t>From memory</w:t>
            </w:r>
          </w:p>
        </w:tc>
      </w:tr>
      <w:tr>
        <w:trPr>
          <w:trHeight w:val="640" w:hRule="atLeast"/>
          <w:cantSplit/>
        </w:trPr>
        <w:tc>
          <w:tcPr>
            <w:tcW w:type="dxa" w:w="4158"/>
            <w:vAlign w:val="center"/>
            <w:shd w:fill="F7F5EF"/>
            <w:tcMar>
              <w:top w:w="65" w:type="dxa"/>
              <w:bottom w:w="65" w:type="dxa"/>
              <w:left w:w="90" w:type="dxa"/>
              <w:right w:w="90" w:type="dxa"/>
            </w:tcMar>
          </w:tcPr>
          <w:p>
            <w:pPr>
              <w:spacing w:after="0" w:line="259" w:lineRule="auto"/>
            </w:pPr>
            <w:r>
              <w:rPr>
                <w:b w:val="0"/>
                <w:sz w:val="18"/>
              </w:rPr>
              <w:t>Meet someone</w:t>
            </w:r>
          </w:p>
        </w:tc>
        <w:tc>
          <w:tcPr>
            <w:tcW w:type="dxa" w:w="2099"/>
            <w:vAlign w:val="center"/>
            <w:shd w:fill="F7F5EF"/>
            <w:tcMar>
              <w:top w:w="65" w:type="dxa"/>
              <w:bottom w:w="65" w:type="dxa"/>
              <w:left w:w="90" w:type="dxa"/>
              <w:right w:w="90" w:type="dxa"/>
            </w:tcMar>
          </w:tcPr>
          <w:p>
            <w:pPr>
              <w:spacing w:after="0" w:line="259" w:lineRule="auto"/>
            </w:pPr>
            <w:r>
              <w:rPr>
                <w:b w:val="0"/>
                <w:sz w:val="18"/>
              </w:rPr>
              <w:t>[  ]</w:t>
            </w:r>
          </w:p>
        </w:tc>
        <w:tc>
          <w:tcPr>
            <w:tcW w:type="dxa" w:w="2099"/>
            <w:vAlign w:val="center"/>
            <w:shd w:fill="F7F5EF"/>
            <w:tcMar>
              <w:top w:w="65" w:type="dxa"/>
              <w:bottom w:w="65" w:type="dxa"/>
              <w:left w:w="90" w:type="dxa"/>
              <w:right w:w="90" w:type="dxa"/>
            </w:tcMar>
          </w:tcPr>
          <w:p>
            <w:pPr>
              <w:spacing w:after="0" w:line="259" w:lineRule="auto"/>
            </w:pPr>
            <w:r>
              <w:rPr>
                <w:b w:val="0"/>
                <w:sz w:val="18"/>
              </w:rPr>
              <w:t>[  ]</w:t>
            </w:r>
          </w:p>
        </w:tc>
        <w:tc>
          <w:tcPr>
            <w:tcW w:type="dxa" w:w="2099"/>
            <w:vAlign w:val="center"/>
            <w:shd w:fill="F7F5EF"/>
            <w:tcMar>
              <w:top w:w="65" w:type="dxa"/>
              <w:bottom w:w="65" w:type="dxa"/>
              <w:left w:w="90" w:type="dxa"/>
              <w:right w:w="90" w:type="dxa"/>
            </w:tcMar>
          </w:tcPr>
          <w:p>
            <w:pPr>
              <w:spacing w:after="0" w:line="259" w:lineRule="auto"/>
            </w:pPr>
            <w:r>
              <w:rPr>
                <w:b w:val="0"/>
                <w:sz w:val="18"/>
              </w:rPr>
              <w:t>[  ]</w:t>
            </w:r>
          </w:p>
        </w:tc>
      </w:tr>
      <w:tr>
        <w:trPr>
          <w:trHeight w:val="640" w:hRule="atLeast"/>
          <w:cantSplit/>
        </w:trPr>
        <w:tc>
          <w:tcPr>
            <w:tcW w:type="dxa" w:w="4158"/>
            <w:vAlign w:val="center"/>
            <w:tcMar>
              <w:top w:w="65" w:type="dxa"/>
              <w:bottom w:w="65" w:type="dxa"/>
              <w:left w:w="90" w:type="dxa"/>
              <w:right w:w="90" w:type="dxa"/>
            </w:tcMar>
          </w:tcPr>
          <w:p>
            <w:pPr>
              <w:spacing w:after="0" w:line="259" w:lineRule="auto"/>
            </w:pPr>
            <w:r>
              <w:rPr>
                <w:b w:val="0"/>
                <w:sz w:val="18"/>
              </w:rPr>
              <w:t>Order a drink</w:t>
            </w:r>
          </w:p>
        </w:tc>
        <w:tc>
          <w:tcPr>
            <w:tcW w:type="dxa" w:w="2099"/>
            <w:vAlign w:val="center"/>
            <w:tcMar>
              <w:top w:w="65" w:type="dxa"/>
              <w:bottom w:w="65" w:type="dxa"/>
              <w:left w:w="90" w:type="dxa"/>
              <w:right w:w="90" w:type="dxa"/>
            </w:tcMar>
          </w:tcPr>
          <w:p>
            <w:pPr>
              <w:spacing w:after="0" w:line="259" w:lineRule="auto"/>
            </w:pPr>
            <w:r>
              <w:rPr>
                <w:b w:val="0"/>
                <w:sz w:val="18"/>
              </w:rPr>
              <w:t>[  ]</w:t>
            </w:r>
          </w:p>
        </w:tc>
        <w:tc>
          <w:tcPr>
            <w:tcW w:type="dxa" w:w="2099"/>
            <w:vAlign w:val="center"/>
            <w:tcMar>
              <w:top w:w="65" w:type="dxa"/>
              <w:bottom w:w="65" w:type="dxa"/>
              <w:left w:w="90" w:type="dxa"/>
              <w:right w:w="90" w:type="dxa"/>
            </w:tcMar>
          </w:tcPr>
          <w:p>
            <w:pPr>
              <w:spacing w:after="0" w:line="259" w:lineRule="auto"/>
            </w:pPr>
            <w:r>
              <w:rPr>
                <w:b w:val="0"/>
                <w:sz w:val="18"/>
              </w:rPr>
              <w:t>[  ]</w:t>
            </w:r>
          </w:p>
        </w:tc>
        <w:tc>
          <w:tcPr>
            <w:tcW w:type="dxa" w:w="2099"/>
            <w:vAlign w:val="center"/>
            <w:tcMar>
              <w:top w:w="65" w:type="dxa"/>
              <w:bottom w:w="65" w:type="dxa"/>
              <w:left w:w="90" w:type="dxa"/>
              <w:right w:w="90" w:type="dxa"/>
            </w:tcMar>
          </w:tcPr>
          <w:p>
            <w:pPr>
              <w:spacing w:after="0" w:line="259" w:lineRule="auto"/>
            </w:pPr>
            <w:r>
              <w:rPr>
                <w:b w:val="0"/>
                <w:sz w:val="18"/>
              </w:rPr>
              <w:t>[  ]</w:t>
            </w:r>
          </w:p>
        </w:tc>
      </w:tr>
      <w:tr>
        <w:trPr>
          <w:trHeight w:val="640" w:hRule="atLeast"/>
          <w:cantSplit/>
        </w:trPr>
        <w:tc>
          <w:tcPr>
            <w:tcW w:type="dxa" w:w="4158"/>
            <w:vAlign w:val="center"/>
            <w:shd w:fill="F7F5EF"/>
            <w:tcMar>
              <w:top w:w="65" w:type="dxa"/>
              <w:bottom w:w="65" w:type="dxa"/>
              <w:left w:w="90" w:type="dxa"/>
              <w:right w:w="90" w:type="dxa"/>
            </w:tcMar>
          </w:tcPr>
          <w:p>
            <w:pPr>
              <w:spacing w:after="0" w:line="259" w:lineRule="auto"/>
            </w:pPr>
            <w:r>
              <w:rPr>
                <w:b w:val="0"/>
                <w:sz w:val="18"/>
              </w:rPr>
              <w:t>Ask and clarify</w:t>
            </w:r>
          </w:p>
        </w:tc>
        <w:tc>
          <w:tcPr>
            <w:tcW w:type="dxa" w:w="2099"/>
            <w:vAlign w:val="center"/>
            <w:shd w:fill="F7F5EF"/>
            <w:tcMar>
              <w:top w:w="65" w:type="dxa"/>
              <w:bottom w:w="65" w:type="dxa"/>
              <w:left w:w="90" w:type="dxa"/>
              <w:right w:w="90" w:type="dxa"/>
            </w:tcMar>
          </w:tcPr>
          <w:p>
            <w:pPr>
              <w:spacing w:after="0" w:line="259" w:lineRule="auto"/>
            </w:pPr>
            <w:r>
              <w:rPr>
                <w:b w:val="0"/>
                <w:sz w:val="18"/>
              </w:rPr>
              <w:t>[  ]</w:t>
            </w:r>
          </w:p>
        </w:tc>
        <w:tc>
          <w:tcPr>
            <w:tcW w:type="dxa" w:w="2099"/>
            <w:vAlign w:val="center"/>
            <w:shd w:fill="F7F5EF"/>
            <w:tcMar>
              <w:top w:w="65" w:type="dxa"/>
              <w:bottom w:w="65" w:type="dxa"/>
              <w:left w:w="90" w:type="dxa"/>
              <w:right w:w="90" w:type="dxa"/>
            </w:tcMar>
          </w:tcPr>
          <w:p>
            <w:pPr>
              <w:spacing w:after="0" w:line="259" w:lineRule="auto"/>
            </w:pPr>
            <w:r>
              <w:rPr>
                <w:b w:val="0"/>
                <w:sz w:val="18"/>
              </w:rPr>
              <w:t>[  ]</w:t>
            </w:r>
          </w:p>
        </w:tc>
        <w:tc>
          <w:tcPr>
            <w:tcW w:type="dxa" w:w="2099"/>
            <w:vAlign w:val="center"/>
            <w:shd w:fill="F7F5EF"/>
            <w:tcMar>
              <w:top w:w="65" w:type="dxa"/>
              <w:bottom w:w="65" w:type="dxa"/>
              <w:left w:w="90" w:type="dxa"/>
              <w:right w:w="90" w:type="dxa"/>
            </w:tcMar>
          </w:tcPr>
          <w:p>
            <w:pPr>
              <w:spacing w:after="0" w:line="259" w:lineRule="auto"/>
            </w:pPr>
            <w:r>
              <w:rPr>
                <w:b w:val="0"/>
                <w:sz w:val="18"/>
              </w:rPr>
              <w:t>[  ]</w:t>
            </w:r>
          </w:p>
        </w:tc>
      </w:tr>
    </w:tbl>
    <w:p>
      <w:pPr>
        <w:spacing w:after="0"/>
      </w:pPr>
    </w:p>
    <w:p>
      <w:r>
        <w:rPr>
          <w:b w:val="0"/>
        </w:rPr>
        <w:t>Choose two phrases to repeat on another day. This short plan is practice, not a fluency or proficiency test. Continue using these free dialogues for as long as they help.</w:t>
      </w:r>
    </w:p>
    <w:p>
      <w:r>
        <w:br w:type="page"/>
      </w:r>
    </w:p>
    <w:p>
      <w:pPr>
        <w:pStyle w:val="Title"/>
      </w:pPr>
      <w:r>
        <w:t>Your printable practice tracker</w:t>
      </w:r>
    </w:p>
    <w:p>
      <w:pPr>
        <w:spacing w:after="220"/>
      </w:pPr>
      <w:r>
        <w:rPr>
          <w:color w:val="587080"/>
          <w:sz w:val="18"/>
        </w:rPr>
        <w:t>Record when you practised and one phrase you remembered. Repeat a day whenever it helps.</w:t>
      </w:r>
    </w:p>
    <w:tbl>
      <w:tblPr>
        <w:tblW w:type="auto" w:w="0"/>
        <w:jc w:val="center"/>
        <w:tblLayout w:type="fixed"/>
        <w:tblLook w:firstColumn="1" w:firstRow="1" w:lastColumn="0" w:lastRow="0" w:noHBand="0" w:noVBand="1" w:val="04A0"/>
      </w:tblPr>
      <w:tblGrid>
        <w:gridCol w:w="3208"/>
        <w:gridCol w:w="1584"/>
        <w:gridCol w:w="1386"/>
        <w:gridCol w:w="4277"/>
      </w:tblGrid>
      <w:tr>
        <w:trPr>
          <w:tblHeader/>
        </w:trPr>
        <w:tc>
          <w:tcPr>
            <w:tcW w:type="dxa" w:w="3208"/>
            <w:shd w:fill="17344B"/>
            <w:tcMar>
              <w:top w:w="65" w:type="dxa"/>
              <w:bottom w:w="65" w:type="dxa"/>
              <w:left w:w="90" w:type="dxa"/>
              <w:right w:w="90" w:type="dxa"/>
            </w:tcMar>
          </w:tcPr>
          <w:p>
            <w:pPr>
              <w:spacing w:after="0" w:line="259" w:lineRule="auto"/>
            </w:pPr>
            <w:r>
              <w:rPr>
                <w:rFonts w:ascii="DejaVu Sans" w:hAnsi="DejaVu Sans"/>
                <w:b/>
                <w:color w:val="FFFFFF"/>
                <w:sz w:val="16"/>
              </w:rPr>
              <w:t>Day and focus</w:t>
            </w:r>
          </w:p>
        </w:tc>
        <w:tc>
          <w:tcPr>
            <w:tcW w:type="dxa" w:w="1584"/>
            <w:shd w:fill="17344B"/>
            <w:tcMar>
              <w:top w:w="65" w:type="dxa"/>
              <w:bottom w:w="65" w:type="dxa"/>
              <w:left w:w="90" w:type="dxa"/>
              <w:right w:w="90" w:type="dxa"/>
            </w:tcMar>
          </w:tcPr>
          <w:p>
            <w:pPr>
              <w:spacing w:after="0" w:line="259" w:lineRule="auto"/>
            </w:pPr>
            <w:r>
              <w:rPr>
                <w:rFonts w:ascii="DejaVu Sans" w:hAnsi="DejaVu Sans"/>
                <w:b/>
                <w:color w:val="FFFFFF"/>
                <w:sz w:val="16"/>
              </w:rPr>
              <w:t>Date</w:t>
            </w:r>
          </w:p>
        </w:tc>
        <w:tc>
          <w:tcPr>
            <w:tcW w:type="dxa" w:w="1386"/>
            <w:shd w:fill="17344B"/>
            <w:tcMar>
              <w:top w:w="65" w:type="dxa"/>
              <w:bottom w:w="65" w:type="dxa"/>
              <w:left w:w="90" w:type="dxa"/>
              <w:right w:w="90" w:type="dxa"/>
            </w:tcMar>
          </w:tcPr>
          <w:p>
            <w:pPr>
              <w:spacing w:after="0" w:line="259" w:lineRule="auto"/>
            </w:pPr>
            <w:r>
              <w:rPr>
                <w:rFonts w:ascii="DejaVu Sans" w:hAnsi="DejaVu Sans"/>
                <w:b/>
                <w:color w:val="FFFFFF"/>
                <w:sz w:val="16"/>
              </w:rPr>
              <w:t>Minutes</w:t>
            </w:r>
          </w:p>
        </w:tc>
        <w:tc>
          <w:tcPr>
            <w:tcW w:type="dxa" w:w="4277"/>
            <w:shd w:fill="17344B"/>
            <w:tcMar>
              <w:top w:w="65" w:type="dxa"/>
              <w:bottom w:w="65" w:type="dxa"/>
              <w:left w:w="90" w:type="dxa"/>
              <w:right w:w="90" w:type="dxa"/>
            </w:tcMar>
          </w:tcPr>
          <w:p>
            <w:pPr>
              <w:spacing w:after="0" w:line="259" w:lineRule="auto"/>
            </w:pPr>
            <w:r>
              <w:rPr>
                <w:rFonts w:ascii="DejaVu Sans" w:hAnsi="DejaVu Sans"/>
                <w:b/>
                <w:color w:val="FFFFFF"/>
                <w:sz w:val="16"/>
              </w:rPr>
              <w:t>A phrase I remembered</w:t>
            </w:r>
          </w:p>
        </w:tc>
      </w:tr>
      <w:tr>
        <w:trPr>
          <w:trHeight w:val="840" w:hRule="atLeast"/>
          <w:cantSplit/>
        </w:trPr>
        <w:tc>
          <w:tcPr>
            <w:tcW w:type="dxa" w:w="3208"/>
            <w:vAlign w:val="center"/>
            <w:shd w:fill="F7F5EF"/>
            <w:tcMar>
              <w:top w:w="65" w:type="dxa"/>
              <w:bottom w:w="65" w:type="dxa"/>
              <w:left w:w="90" w:type="dxa"/>
              <w:right w:w="90" w:type="dxa"/>
            </w:tcMar>
          </w:tcPr>
          <w:p>
            <w:pPr>
              <w:spacing w:after="0" w:line="259" w:lineRule="auto"/>
            </w:pPr>
            <w:r>
              <w:rPr>
                <w:b w:val="0"/>
                <w:sz w:val="18"/>
              </w:rPr>
              <w:t>1  Say hello</w:t>
            </w:r>
          </w:p>
        </w:tc>
        <w:tc>
          <w:tcPr>
            <w:tcW w:type="dxa" w:w="1584"/>
            <w:vAlign w:val="center"/>
            <w:shd w:fill="F7F5EF"/>
            <w:tcMar>
              <w:top w:w="65" w:type="dxa"/>
              <w:bottom w:w="65" w:type="dxa"/>
              <w:left w:w="90" w:type="dxa"/>
              <w:right w:w="90" w:type="dxa"/>
            </w:tcMar>
          </w:tcPr>
          <w:p>
            <w:pPr>
              <w:spacing w:after="0" w:line="259" w:lineRule="auto"/>
            </w:pPr>
          </w:p>
        </w:tc>
        <w:tc>
          <w:tcPr>
            <w:tcW w:type="dxa" w:w="1386"/>
            <w:vAlign w:val="center"/>
            <w:shd w:fill="F7F5EF"/>
            <w:tcMar>
              <w:top w:w="65" w:type="dxa"/>
              <w:bottom w:w="65" w:type="dxa"/>
              <w:left w:w="90" w:type="dxa"/>
              <w:right w:w="90" w:type="dxa"/>
            </w:tcMar>
          </w:tcPr>
          <w:p>
            <w:pPr>
              <w:spacing w:after="0" w:line="259" w:lineRule="auto"/>
            </w:pPr>
          </w:p>
        </w:tc>
        <w:tc>
          <w:tcPr>
            <w:tcW w:type="dxa" w:w="4277"/>
            <w:vAlign w:val="center"/>
            <w:shd w:fill="F7F5EF"/>
            <w:tcMar>
              <w:top w:w="65" w:type="dxa"/>
              <w:bottom w:w="65" w:type="dxa"/>
              <w:left w:w="90" w:type="dxa"/>
              <w:right w:w="90" w:type="dxa"/>
            </w:tcMar>
          </w:tcPr>
          <w:p>
            <w:pPr>
              <w:spacing w:after="0" w:line="259" w:lineRule="auto"/>
            </w:pPr>
          </w:p>
        </w:tc>
      </w:tr>
      <w:tr>
        <w:trPr>
          <w:trHeight w:val="840" w:hRule="atLeast"/>
          <w:cantSplit/>
        </w:trPr>
        <w:tc>
          <w:tcPr>
            <w:tcW w:type="dxa" w:w="3208"/>
            <w:vAlign w:val="center"/>
            <w:tcMar>
              <w:top w:w="65" w:type="dxa"/>
              <w:bottom w:w="65" w:type="dxa"/>
              <w:left w:w="90" w:type="dxa"/>
              <w:right w:w="90" w:type="dxa"/>
            </w:tcMar>
          </w:tcPr>
          <w:p>
            <w:pPr>
              <w:spacing w:after="0" w:line="259" w:lineRule="auto"/>
            </w:pPr>
            <w:r>
              <w:rPr>
                <w:b w:val="0"/>
                <w:sz w:val="18"/>
              </w:rPr>
              <w:t>2  Ask for repetition</w:t>
            </w:r>
          </w:p>
        </w:tc>
        <w:tc>
          <w:tcPr>
            <w:tcW w:type="dxa" w:w="1584"/>
            <w:vAlign w:val="center"/>
            <w:tcMar>
              <w:top w:w="65" w:type="dxa"/>
              <w:bottom w:w="65" w:type="dxa"/>
              <w:left w:w="90" w:type="dxa"/>
              <w:right w:w="90" w:type="dxa"/>
            </w:tcMar>
          </w:tcPr>
          <w:p>
            <w:pPr>
              <w:spacing w:after="0" w:line="259" w:lineRule="auto"/>
            </w:pPr>
          </w:p>
        </w:tc>
        <w:tc>
          <w:tcPr>
            <w:tcW w:type="dxa" w:w="1386"/>
            <w:vAlign w:val="center"/>
            <w:tcMar>
              <w:top w:w="65" w:type="dxa"/>
              <w:bottom w:w="65" w:type="dxa"/>
              <w:left w:w="90" w:type="dxa"/>
              <w:right w:w="90" w:type="dxa"/>
            </w:tcMar>
          </w:tcPr>
          <w:p>
            <w:pPr>
              <w:spacing w:after="0" w:line="259" w:lineRule="auto"/>
            </w:pPr>
          </w:p>
        </w:tc>
        <w:tc>
          <w:tcPr>
            <w:tcW w:type="dxa" w:w="4277"/>
            <w:vAlign w:val="center"/>
            <w:tcMar>
              <w:top w:w="65" w:type="dxa"/>
              <w:bottom w:w="65" w:type="dxa"/>
              <w:left w:w="90" w:type="dxa"/>
              <w:right w:w="90" w:type="dxa"/>
            </w:tcMar>
          </w:tcPr>
          <w:p>
            <w:pPr>
              <w:spacing w:after="0" w:line="259" w:lineRule="auto"/>
            </w:pPr>
          </w:p>
        </w:tc>
      </w:tr>
      <w:tr>
        <w:trPr>
          <w:trHeight w:val="840" w:hRule="atLeast"/>
          <w:cantSplit/>
        </w:trPr>
        <w:tc>
          <w:tcPr>
            <w:tcW w:type="dxa" w:w="3208"/>
            <w:vAlign w:val="center"/>
            <w:shd w:fill="F7F5EF"/>
            <w:tcMar>
              <w:top w:w="65" w:type="dxa"/>
              <w:bottom w:w="65" w:type="dxa"/>
              <w:left w:w="90" w:type="dxa"/>
              <w:right w:w="90" w:type="dxa"/>
            </w:tcMar>
          </w:tcPr>
          <w:p>
            <w:pPr>
              <w:spacing w:after="0" w:line="259" w:lineRule="auto"/>
            </w:pPr>
            <w:r>
              <w:rPr>
                <w:b w:val="0"/>
                <w:sz w:val="18"/>
              </w:rPr>
              <w:t>3  Introduce yourself</w:t>
            </w:r>
          </w:p>
        </w:tc>
        <w:tc>
          <w:tcPr>
            <w:tcW w:type="dxa" w:w="1584"/>
            <w:vAlign w:val="center"/>
            <w:shd w:fill="F7F5EF"/>
            <w:tcMar>
              <w:top w:w="65" w:type="dxa"/>
              <w:bottom w:w="65" w:type="dxa"/>
              <w:left w:w="90" w:type="dxa"/>
              <w:right w:w="90" w:type="dxa"/>
            </w:tcMar>
          </w:tcPr>
          <w:p>
            <w:pPr>
              <w:spacing w:after="0" w:line="259" w:lineRule="auto"/>
            </w:pPr>
          </w:p>
        </w:tc>
        <w:tc>
          <w:tcPr>
            <w:tcW w:type="dxa" w:w="1386"/>
            <w:vAlign w:val="center"/>
            <w:shd w:fill="F7F5EF"/>
            <w:tcMar>
              <w:top w:w="65" w:type="dxa"/>
              <w:bottom w:w="65" w:type="dxa"/>
              <w:left w:w="90" w:type="dxa"/>
              <w:right w:w="90" w:type="dxa"/>
            </w:tcMar>
          </w:tcPr>
          <w:p>
            <w:pPr>
              <w:spacing w:after="0" w:line="259" w:lineRule="auto"/>
            </w:pPr>
          </w:p>
        </w:tc>
        <w:tc>
          <w:tcPr>
            <w:tcW w:type="dxa" w:w="4277"/>
            <w:vAlign w:val="center"/>
            <w:shd w:fill="F7F5EF"/>
            <w:tcMar>
              <w:top w:w="65" w:type="dxa"/>
              <w:bottom w:w="65" w:type="dxa"/>
              <w:left w:w="90" w:type="dxa"/>
              <w:right w:w="90" w:type="dxa"/>
            </w:tcMar>
          </w:tcPr>
          <w:p>
            <w:pPr>
              <w:spacing w:after="0" w:line="259" w:lineRule="auto"/>
            </w:pPr>
          </w:p>
        </w:tc>
      </w:tr>
      <w:tr>
        <w:trPr>
          <w:trHeight w:val="840" w:hRule="atLeast"/>
          <w:cantSplit/>
        </w:trPr>
        <w:tc>
          <w:tcPr>
            <w:tcW w:type="dxa" w:w="3208"/>
            <w:vAlign w:val="center"/>
            <w:tcMar>
              <w:top w:w="65" w:type="dxa"/>
              <w:bottom w:w="65" w:type="dxa"/>
              <w:left w:w="90" w:type="dxa"/>
              <w:right w:w="90" w:type="dxa"/>
            </w:tcMar>
          </w:tcPr>
          <w:p>
            <w:pPr>
              <w:spacing w:after="0" w:line="259" w:lineRule="auto"/>
            </w:pPr>
            <w:r>
              <w:rPr>
                <w:b w:val="0"/>
                <w:sz w:val="18"/>
              </w:rPr>
              <w:t>4  Order politely</w:t>
            </w:r>
          </w:p>
        </w:tc>
        <w:tc>
          <w:tcPr>
            <w:tcW w:type="dxa" w:w="1584"/>
            <w:vAlign w:val="center"/>
            <w:tcMar>
              <w:top w:w="65" w:type="dxa"/>
              <w:bottom w:w="65" w:type="dxa"/>
              <w:left w:w="90" w:type="dxa"/>
              <w:right w:w="90" w:type="dxa"/>
            </w:tcMar>
          </w:tcPr>
          <w:p>
            <w:pPr>
              <w:spacing w:after="0" w:line="259" w:lineRule="auto"/>
            </w:pPr>
          </w:p>
        </w:tc>
        <w:tc>
          <w:tcPr>
            <w:tcW w:type="dxa" w:w="1386"/>
            <w:vAlign w:val="center"/>
            <w:tcMar>
              <w:top w:w="65" w:type="dxa"/>
              <w:bottom w:w="65" w:type="dxa"/>
              <w:left w:w="90" w:type="dxa"/>
              <w:right w:w="90" w:type="dxa"/>
            </w:tcMar>
          </w:tcPr>
          <w:p>
            <w:pPr>
              <w:spacing w:after="0" w:line="259" w:lineRule="auto"/>
            </w:pPr>
          </w:p>
        </w:tc>
        <w:tc>
          <w:tcPr>
            <w:tcW w:type="dxa" w:w="4277"/>
            <w:vAlign w:val="center"/>
            <w:tcMar>
              <w:top w:w="65" w:type="dxa"/>
              <w:bottom w:w="65" w:type="dxa"/>
              <w:left w:w="90" w:type="dxa"/>
              <w:right w:w="90" w:type="dxa"/>
            </w:tcMar>
          </w:tcPr>
          <w:p>
            <w:pPr>
              <w:spacing w:after="0" w:line="259" w:lineRule="auto"/>
            </w:pPr>
          </w:p>
        </w:tc>
      </w:tr>
      <w:tr>
        <w:trPr>
          <w:trHeight w:val="840" w:hRule="atLeast"/>
          <w:cantSplit/>
        </w:trPr>
        <w:tc>
          <w:tcPr>
            <w:tcW w:type="dxa" w:w="3208"/>
            <w:vAlign w:val="center"/>
            <w:shd w:fill="F7F5EF"/>
            <w:tcMar>
              <w:top w:w="65" w:type="dxa"/>
              <w:bottom w:w="65" w:type="dxa"/>
              <w:left w:w="90" w:type="dxa"/>
              <w:right w:w="90" w:type="dxa"/>
            </w:tcMar>
          </w:tcPr>
          <w:p>
            <w:pPr>
              <w:spacing w:after="0" w:line="259" w:lineRule="auto"/>
            </w:pPr>
            <w:r>
              <w:rPr>
                <w:b w:val="0"/>
                <w:sz w:val="18"/>
              </w:rPr>
              <w:t>5  Ask a question</w:t>
            </w:r>
          </w:p>
        </w:tc>
        <w:tc>
          <w:tcPr>
            <w:tcW w:type="dxa" w:w="1584"/>
            <w:vAlign w:val="center"/>
            <w:shd w:fill="F7F5EF"/>
            <w:tcMar>
              <w:top w:w="65" w:type="dxa"/>
              <w:bottom w:w="65" w:type="dxa"/>
              <w:left w:w="90" w:type="dxa"/>
              <w:right w:w="90" w:type="dxa"/>
            </w:tcMar>
          </w:tcPr>
          <w:p>
            <w:pPr>
              <w:spacing w:after="0" w:line="259" w:lineRule="auto"/>
            </w:pPr>
          </w:p>
        </w:tc>
        <w:tc>
          <w:tcPr>
            <w:tcW w:type="dxa" w:w="1386"/>
            <w:vAlign w:val="center"/>
            <w:shd w:fill="F7F5EF"/>
            <w:tcMar>
              <w:top w:w="65" w:type="dxa"/>
              <w:bottom w:w="65" w:type="dxa"/>
              <w:left w:w="90" w:type="dxa"/>
              <w:right w:w="90" w:type="dxa"/>
            </w:tcMar>
          </w:tcPr>
          <w:p>
            <w:pPr>
              <w:spacing w:after="0" w:line="259" w:lineRule="auto"/>
            </w:pPr>
          </w:p>
        </w:tc>
        <w:tc>
          <w:tcPr>
            <w:tcW w:type="dxa" w:w="4277"/>
            <w:vAlign w:val="center"/>
            <w:shd w:fill="F7F5EF"/>
            <w:tcMar>
              <w:top w:w="65" w:type="dxa"/>
              <w:bottom w:w="65" w:type="dxa"/>
              <w:left w:w="90" w:type="dxa"/>
              <w:right w:w="90" w:type="dxa"/>
            </w:tcMar>
          </w:tcPr>
          <w:p>
            <w:pPr>
              <w:spacing w:after="0" w:line="259" w:lineRule="auto"/>
            </w:pPr>
          </w:p>
        </w:tc>
      </w:tr>
      <w:tr>
        <w:trPr>
          <w:trHeight w:val="840" w:hRule="atLeast"/>
          <w:cantSplit/>
        </w:trPr>
        <w:tc>
          <w:tcPr>
            <w:tcW w:type="dxa" w:w="3208"/>
            <w:vAlign w:val="center"/>
            <w:tcMar>
              <w:top w:w="65" w:type="dxa"/>
              <w:bottom w:w="65" w:type="dxa"/>
              <w:left w:w="90" w:type="dxa"/>
              <w:right w:w="90" w:type="dxa"/>
            </w:tcMar>
          </w:tcPr>
          <w:p>
            <w:pPr>
              <w:spacing w:after="0" w:line="259" w:lineRule="auto"/>
            </w:pPr>
            <w:r>
              <w:rPr>
                <w:b w:val="0"/>
                <w:sz w:val="18"/>
              </w:rPr>
              <w:t>6  Recall five phrases</w:t>
            </w:r>
          </w:p>
        </w:tc>
        <w:tc>
          <w:tcPr>
            <w:tcW w:type="dxa" w:w="1584"/>
            <w:vAlign w:val="center"/>
            <w:tcMar>
              <w:top w:w="65" w:type="dxa"/>
              <w:bottom w:w="65" w:type="dxa"/>
              <w:left w:w="90" w:type="dxa"/>
              <w:right w:w="90" w:type="dxa"/>
            </w:tcMar>
          </w:tcPr>
          <w:p>
            <w:pPr>
              <w:spacing w:after="0" w:line="259" w:lineRule="auto"/>
            </w:pPr>
          </w:p>
        </w:tc>
        <w:tc>
          <w:tcPr>
            <w:tcW w:type="dxa" w:w="1386"/>
            <w:vAlign w:val="center"/>
            <w:tcMar>
              <w:top w:w="65" w:type="dxa"/>
              <w:bottom w:w="65" w:type="dxa"/>
              <w:left w:w="90" w:type="dxa"/>
              <w:right w:w="90" w:type="dxa"/>
            </w:tcMar>
          </w:tcPr>
          <w:p>
            <w:pPr>
              <w:spacing w:after="0" w:line="259" w:lineRule="auto"/>
            </w:pPr>
          </w:p>
        </w:tc>
        <w:tc>
          <w:tcPr>
            <w:tcW w:type="dxa" w:w="4277"/>
            <w:vAlign w:val="center"/>
            <w:tcMar>
              <w:top w:w="65" w:type="dxa"/>
              <w:bottom w:w="65" w:type="dxa"/>
              <w:left w:w="90" w:type="dxa"/>
              <w:right w:w="90" w:type="dxa"/>
            </w:tcMar>
          </w:tcPr>
          <w:p>
            <w:pPr>
              <w:spacing w:after="0" w:line="259" w:lineRule="auto"/>
            </w:pPr>
          </w:p>
        </w:tc>
      </w:tr>
      <w:tr>
        <w:trPr>
          <w:trHeight w:val="840" w:hRule="atLeast"/>
          <w:cantSplit/>
        </w:trPr>
        <w:tc>
          <w:tcPr>
            <w:tcW w:type="dxa" w:w="3208"/>
            <w:vAlign w:val="center"/>
            <w:shd w:fill="F7F5EF"/>
            <w:tcMar>
              <w:top w:w="65" w:type="dxa"/>
              <w:bottom w:w="65" w:type="dxa"/>
              <w:left w:w="90" w:type="dxa"/>
              <w:right w:w="90" w:type="dxa"/>
            </w:tcMar>
          </w:tcPr>
          <w:p>
            <w:pPr>
              <w:spacing w:after="0" w:line="259" w:lineRule="auto"/>
            </w:pPr>
            <w:r>
              <w:rPr>
                <w:b w:val="0"/>
                <w:sz w:val="18"/>
              </w:rPr>
              <w:t>7  Role play and reflect</w:t>
            </w:r>
          </w:p>
        </w:tc>
        <w:tc>
          <w:tcPr>
            <w:tcW w:type="dxa" w:w="1584"/>
            <w:vAlign w:val="center"/>
            <w:shd w:fill="F7F5EF"/>
            <w:tcMar>
              <w:top w:w="65" w:type="dxa"/>
              <w:bottom w:w="65" w:type="dxa"/>
              <w:left w:w="90" w:type="dxa"/>
              <w:right w:w="90" w:type="dxa"/>
            </w:tcMar>
          </w:tcPr>
          <w:p>
            <w:pPr>
              <w:spacing w:after="0" w:line="259" w:lineRule="auto"/>
            </w:pPr>
          </w:p>
        </w:tc>
        <w:tc>
          <w:tcPr>
            <w:tcW w:type="dxa" w:w="1386"/>
            <w:vAlign w:val="center"/>
            <w:shd w:fill="F7F5EF"/>
            <w:tcMar>
              <w:top w:w="65" w:type="dxa"/>
              <w:bottom w:w="65" w:type="dxa"/>
              <w:left w:w="90" w:type="dxa"/>
              <w:right w:w="90" w:type="dxa"/>
            </w:tcMar>
          </w:tcPr>
          <w:p>
            <w:pPr>
              <w:spacing w:after="0" w:line="259" w:lineRule="auto"/>
            </w:pPr>
          </w:p>
        </w:tc>
        <w:tc>
          <w:tcPr>
            <w:tcW w:type="dxa" w:w="4277"/>
            <w:vAlign w:val="center"/>
            <w:shd w:fill="F7F5EF"/>
            <w:tcMar>
              <w:top w:w="65" w:type="dxa"/>
              <w:bottom w:w="65" w:type="dxa"/>
              <w:left w:w="90" w:type="dxa"/>
              <w:right w:w="90" w:type="dxa"/>
            </w:tcMar>
          </w:tcPr>
          <w:p>
            <w:pPr>
              <w:spacing w:after="0" w:line="259" w:lineRule="auto"/>
            </w:pPr>
          </w:p>
        </w:tc>
      </w:tr>
    </w:tbl>
    <w:p>
      <w:pPr>
        <w:spacing w:after="0"/>
      </w:pPr>
    </w:p>
    <w:p>
      <w:pPr>
        <w:pStyle w:val="Heading1"/>
      </w:pPr>
      <w:r>
        <w:t>My two phrases to practise next</w:t>
      </w:r>
    </w:p>
    <w:p>
      <w:pPr>
        <w:spacing w:before="80" w:after="200" w:line="300" w:lineRule="exact"/>
        <w:pBdr>
          <w:bottom w:val="single" w:sz="4" w:color="DDE5E5" w:space="1"/>
        </w:pBdr>
      </w:pPr>
      <w:r>
        <w:t xml:space="preserve"> </w:t>
      </w:r>
    </w:p>
    <w:p>
      <w:pPr>
        <w:spacing w:before="80" w:after="200" w:line="300" w:lineRule="exact"/>
        <w:pBdr>
          <w:bottom w:val="single" w:sz="4" w:color="DDE5E5" w:space="1"/>
        </w:pBdr>
      </w:pPr>
      <w:r>
        <w:t xml:space="preserve"> </w:t>
      </w:r>
    </w:p>
    <w:p>
      <w:pPr>
        <w:pStyle w:val="Heading1"/>
      </w:pPr>
      <w:r>
        <w:t>My next practice date</w:t>
      </w:r>
    </w:p>
    <w:p>
      <w:pPr>
        <w:spacing w:before="80" w:after="200" w:line="300" w:lineRule="exact"/>
        <w:pBdr>
          <w:bottom w:val="single" w:sz="4" w:color="DDE5E5" w:space="1"/>
        </w:pBdr>
      </w:pPr>
      <w:r>
        <w:t xml:space="preserve"> </w:t>
      </w:r>
    </w:p>
    <w:p>
      <w:r>
        <w:rPr>
          <w:b w:val="0"/>
          <w:sz w:val="18"/>
        </w:rPr>
        <w:t>Read, cover, say, check and try again on another day. Keep this tracker for yourself; you do not need to submit it. Free continuation: repeat a dialogue or make a new phrase card.</w:t>
      </w:r>
    </w:p>
    <w:sectPr w:rsidR="00FC693F" w:rsidRPr="0006063C" w:rsidSect="00034616">
      <w:headerReference w:type="default" r:id="rId9"/>
      <w:footerReference w:type="default" r:id="rId10"/>
      <w:pgSz w:w="12240" w:h="15840"/>
      <w:pgMar w:top="1008" w:right="893" w:bottom="936" w:left="893" w:header="389" w:footer="38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DejaVu Sans" w:hAnsi="DejaVu Sans"/>
        <w:color w:val="587080"/>
        <w:sz w:val="15"/>
      </w:rPr>
      <w:t xml:space="preserve">FREE SPANISH PRACTICE  |  </w:t>
    </w:r>
    <w:r>
      <w:rPr>
        <w:sz w:val="15"/>
      </w:rPr>
    </w:r>
    <w:fldSimple w:instr="PAGE"/>
    <w:r>
      <w:rPr>
        <w:sz w:val="15"/>
      </w:rPr>
      <w:t xml:space="preserve"> of 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rFonts w:ascii="DejaVu Sans" w:hAnsi="DejaVu Sans"/>
        <w:b/>
        <w:color w:val="18776F"/>
        <w:sz w:val="20"/>
      </w:rPr>
      <w:t>Smart Learning Path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1" w:lineRule="auto" w:after="140"/>
    </w:pPr>
    <w:rPr>
      <w:rFonts w:ascii="DejaVu Sans" w:hAnsi="DejaVu Sans"/>
      <w:color w:val="17344B"/>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DejaVu Sans" w:hAnsi="DejaVu Sans"/>
      <w:b/>
      <w:bCs/>
      <w:color w:val="18776F"/>
      <w:sz w:val="23"/>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DejaVu Sans" w:hAnsi="DejaVu Sans"/>
      <w:b/>
      <w:bCs/>
      <w:color w:val="17344B"/>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DejaVu Sans" w:hAnsi="DejaVu Sans"/>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7 Day Spanish Starter Plan</dc:title>
  <dc:subject>Free beginner Spanish practice resource</dc:subject>
  <dc:creator>Smart Learning Path</dc:creator>
  <cp:keywords/>
  <dc:description>generated by python-docx</dc:description>
  <cp:lastModifiedBy/>
  <cp:revision>1</cp:revision>
  <dcterms:created xsi:type="dcterms:W3CDTF">2013-12-23T23:15:00Z</dcterms:created>
  <dcterms:modified xsi:type="dcterms:W3CDTF">2013-12-23T23:15:00Z</dcterms:modified>
  <cp:category/>
</cp:coreProperties>
</file>